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FD81B" w14:textId="287F0E7B" w:rsidR="00875B6D" w:rsidRPr="00652CD7" w:rsidRDefault="00DF268F">
      <w:pPr>
        <w:rPr>
          <w:rFonts w:ascii="Arial" w:hAnsi="Arial" w:cs="Arial"/>
        </w:rPr>
      </w:pPr>
      <w:r w:rsidRPr="00652CD7">
        <w:rPr>
          <w:rFonts w:ascii="Arial" w:hAnsi="Arial" w:cs="Arial"/>
        </w:rPr>
        <w:br/>
        <w:t>Fecha de solicitud: ____ / ____ / ______</w:t>
      </w:r>
    </w:p>
    <w:p w14:paraId="0C925E2D" w14:textId="77777777" w:rsidR="00875B6D" w:rsidRPr="00652CD7" w:rsidRDefault="00DF268F">
      <w:pPr>
        <w:rPr>
          <w:rFonts w:ascii="Arial" w:hAnsi="Arial" w:cs="Arial"/>
        </w:rPr>
      </w:pPr>
      <w:r w:rsidRPr="00652CD7">
        <w:rPr>
          <w:rFonts w:ascii="Arial" w:hAnsi="Arial" w:cs="Arial"/>
          <w:b/>
        </w:rPr>
        <w:br/>
        <w:t>I. DATOS DEL (LA) SERVIDOR(A) PÚBLICO(A)</w:t>
      </w:r>
    </w:p>
    <w:tbl>
      <w:tblPr>
        <w:tblStyle w:val="Tablaconcuadrcula"/>
        <w:tblW w:w="9462" w:type="dxa"/>
        <w:tblLook w:val="04A0" w:firstRow="1" w:lastRow="0" w:firstColumn="1" w:lastColumn="0" w:noHBand="0" w:noVBand="1"/>
      </w:tblPr>
      <w:tblGrid>
        <w:gridCol w:w="4731"/>
        <w:gridCol w:w="4731"/>
      </w:tblGrid>
      <w:tr w:rsidR="00875B6D" w:rsidRPr="00652CD7" w14:paraId="7D1AF142" w14:textId="77777777" w:rsidTr="00396427">
        <w:trPr>
          <w:trHeight w:val="569"/>
        </w:trPr>
        <w:tc>
          <w:tcPr>
            <w:tcW w:w="4731" w:type="dxa"/>
          </w:tcPr>
          <w:p w14:paraId="66339A12" w14:textId="412DC279" w:rsidR="00875B6D" w:rsidRPr="00652CD7" w:rsidRDefault="00DF268F" w:rsidP="007205FC">
            <w:pPr>
              <w:rPr>
                <w:rFonts w:ascii="Arial" w:hAnsi="Arial" w:cs="Arial"/>
              </w:rPr>
            </w:pPr>
            <w:r w:rsidRPr="00652CD7">
              <w:rPr>
                <w:rFonts w:ascii="Arial" w:hAnsi="Arial" w:cs="Arial"/>
              </w:rPr>
              <w:t xml:space="preserve">Nombre </w:t>
            </w:r>
            <w:r w:rsidR="00396427" w:rsidRPr="00652CD7">
              <w:rPr>
                <w:rFonts w:ascii="Arial" w:hAnsi="Arial" w:cs="Arial"/>
              </w:rPr>
              <w:t>complet</w:t>
            </w:r>
            <w:r w:rsidR="00482505" w:rsidRPr="00652CD7">
              <w:rPr>
                <w:rFonts w:ascii="Arial" w:hAnsi="Arial" w:cs="Arial"/>
              </w:rPr>
              <w:t>o</w:t>
            </w:r>
            <w:r w:rsidR="00396427" w:rsidRPr="00652CD7">
              <w:rPr>
                <w:rFonts w:ascii="Arial" w:hAnsi="Arial" w:cs="Arial"/>
              </w:rPr>
              <w:t>:</w:t>
            </w:r>
            <w:r w:rsidR="007205F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731" w:type="dxa"/>
          </w:tcPr>
          <w:p w14:paraId="64AA8771" w14:textId="7367D4B5" w:rsidR="00396427" w:rsidRPr="00652CD7" w:rsidRDefault="007205FC" w:rsidP="007205FC">
            <w:pPr>
              <w:rPr>
                <w:rFonts w:ascii="Arial" w:hAnsi="Arial" w:cs="Arial"/>
              </w:rPr>
            </w:pPr>
            <w:r w:rsidRPr="007205FC">
              <w:rPr>
                <w:rFonts w:ascii="Arial" w:hAnsi="Arial" w:cs="Arial"/>
                <w:i/>
                <w:color w:val="A6A6A6" w:themeColor="background1" w:themeShade="A6"/>
              </w:rPr>
              <w:t>Escriba sus nombres y apellidos completos, tal como aparecen en su documento de identidad.</w:t>
            </w:r>
          </w:p>
        </w:tc>
      </w:tr>
      <w:tr w:rsidR="00875B6D" w:rsidRPr="00652CD7" w14:paraId="1F0A0E48" w14:textId="77777777" w:rsidTr="00396427">
        <w:trPr>
          <w:trHeight w:val="549"/>
        </w:trPr>
        <w:tc>
          <w:tcPr>
            <w:tcW w:w="4731" w:type="dxa"/>
          </w:tcPr>
          <w:p w14:paraId="0DA670CF" w14:textId="5DE5A199" w:rsidR="00875B6D" w:rsidRPr="00652CD7" w:rsidRDefault="00DF268F" w:rsidP="00652CD7">
            <w:pPr>
              <w:rPr>
                <w:rFonts w:ascii="Arial" w:hAnsi="Arial" w:cs="Arial"/>
              </w:rPr>
            </w:pPr>
            <w:r w:rsidRPr="00652CD7">
              <w:rPr>
                <w:rFonts w:ascii="Arial" w:hAnsi="Arial" w:cs="Arial"/>
              </w:rPr>
              <w:t>Denominación del empleo, código y grado</w:t>
            </w:r>
            <w:r w:rsidR="004B513C">
              <w:rPr>
                <w:rFonts w:ascii="Arial" w:hAnsi="Arial" w:cs="Arial"/>
              </w:rPr>
              <w:t>:</w:t>
            </w:r>
          </w:p>
        </w:tc>
        <w:tc>
          <w:tcPr>
            <w:tcW w:w="4731" w:type="dxa"/>
          </w:tcPr>
          <w:p w14:paraId="4542642E" w14:textId="611D5172" w:rsidR="00875B6D" w:rsidRPr="00652CD7" w:rsidRDefault="007205FC">
            <w:pPr>
              <w:rPr>
                <w:rFonts w:ascii="Arial" w:hAnsi="Arial" w:cs="Arial"/>
              </w:rPr>
            </w:pPr>
            <w:r w:rsidRPr="007205FC">
              <w:rPr>
                <w:rFonts w:ascii="Arial" w:hAnsi="Arial" w:cs="Arial"/>
                <w:i/>
                <w:color w:val="A6A6A6" w:themeColor="background1" w:themeShade="A6"/>
              </w:rPr>
              <w:t>Indique el nombre del cargo que ocupa, así como el código y grado correspondiente.</w:t>
            </w:r>
          </w:p>
        </w:tc>
      </w:tr>
      <w:tr w:rsidR="00875B6D" w:rsidRPr="00652CD7" w14:paraId="7A16E4CB" w14:textId="77777777" w:rsidTr="00396427">
        <w:trPr>
          <w:trHeight w:val="569"/>
        </w:trPr>
        <w:tc>
          <w:tcPr>
            <w:tcW w:w="4731" w:type="dxa"/>
          </w:tcPr>
          <w:p w14:paraId="5FD2A444" w14:textId="77777777" w:rsidR="00875B6D" w:rsidRPr="00652CD7" w:rsidRDefault="00DF268F" w:rsidP="00652CD7">
            <w:pPr>
              <w:rPr>
                <w:rFonts w:ascii="Arial" w:hAnsi="Arial" w:cs="Arial"/>
              </w:rPr>
            </w:pPr>
            <w:r w:rsidRPr="00652CD7">
              <w:rPr>
                <w:rFonts w:ascii="Arial" w:hAnsi="Arial" w:cs="Arial"/>
              </w:rPr>
              <w:t>Dependencia donde labora</w:t>
            </w:r>
          </w:p>
        </w:tc>
        <w:tc>
          <w:tcPr>
            <w:tcW w:w="4731" w:type="dxa"/>
          </w:tcPr>
          <w:p w14:paraId="2EF4A2D0" w14:textId="3CB31AB1" w:rsidR="00396427" w:rsidRPr="00652CD7" w:rsidRDefault="007205FC">
            <w:pPr>
              <w:rPr>
                <w:rFonts w:ascii="Arial" w:hAnsi="Arial" w:cs="Arial"/>
              </w:rPr>
            </w:pPr>
            <w:r w:rsidRPr="007205FC">
              <w:rPr>
                <w:rFonts w:ascii="Arial" w:hAnsi="Arial" w:cs="Arial"/>
                <w:i/>
                <w:color w:val="A6A6A6" w:themeColor="background1" w:themeShade="A6"/>
              </w:rPr>
              <w:t>Señale la dependencia, grupo interno de trabajo o área en la que presta sus servicios.</w:t>
            </w:r>
          </w:p>
        </w:tc>
      </w:tr>
      <w:tr w:rsidR="00875B6D" w:rsidRPr="00652CD7" w14:paraId="7A895EF3" w14:textId="77777777" w:rsidTr="00396427">
        <w:trPr>
          <w:trHeight w:val="549"/>
        </w:trPr>
        <w:tc>
          <w:tcPr>
            <w:tcW w:w="4731" w:type="dxa"/>
          </w:tcPr>
          <w:p w14:paraId="5B543AC7" w14:textId="39AA860E" w:rsidR="00875B6D" w:rsidRPr="00652CD7" w:rsidRDefault="00DF268F" w:rsidP="00652CD7">
            <w:pPr>
              <w:rPr>
                <w:rFonts w:ascii="Arial" w:hAnsi="Arial" w:cs="Arial"/>
              </w:rPr>
            </w:pPr>
            <w:r w:rsidRPr="00652CD7">
              <w:rPr>
                <w:rFonts w:ascii="Arial" w:hAnsi="Arial" w:cs="Arial"/>
              </w:rPr>
              <w:t>Horario laboral</w:t>
            </w:r>
            <w:r w:rsidR="004B513C">
              <w:rPr>
                <w:rFonts w:ascii="Arial" w:hAnsi="Arial" w:cs="Arial"/>
              </w:rPr>
              <w:t>:</w:t>
            </w:r>
          </w:p>
        </w:tc>
        <w:tc>
          <w:tcPr>
            <w:tcW w:w="4731" w:type="dxa"/>
          </w:tcPr>
          <w:p w14:paraId="5E3E3D3F" w14:textId="770E15CB" w:rsidR="00875B6D" w:rsidRPr="007205FC" w:rsidRDefault="007205FC">
            <w:pPr>
              <w:rPr>
                <w:rFonts w:ascii="Arial" w:hAnsi="Arial" w:cs="Arial"/>
                <w:i/>
                <w:color w:val="A6A6A6" w:themeColor="background1" w:themeShade="A6"/>
              </w:rPr>
            </w:pPr>
            <w:r>
              <w:rPr>
                <w:rFonts w:ascii="Arial" w:hAnsi="Arial" w:cs="Arial"/>
                <w:i/>
                <w:color w:val="A6A6A6" w:themeColor="background1" w:themeShade="A6"/>
              </w:rPr>
              <w:t>Indique el horario</w:t>
            </w:r>
            <w:r w:rsidRPr="007205FC">
              <w:rPr>
                <w:rFonts w:ascii="Arial" w:hAnsi="Arial" w:cs="Arial"/>
                <w:i/>
                <w:color w:val="A6A6A6" w:themeColor="background1" w:themeShade="A6"/>
              </w:rPr>
              <w:t xml:space="preserve"> de trabajo asignado.</w:t>
            </w:r>
          </w:p>
          <w:p w14:paraId="495FC806" w14:textId="77777777" w:rsidR="00396427" w:rsidRPr="00652CD7" w:rsidRDefault="00396427">
            <w:pPr>
              <w:rPr>
                <w:rFonts w:ascii="Arial" w:hAnsi="Arial" w:cs="Arial"/>
              </w:rPr>
            </w:pPr>
          </w:p>
        </w:tc>
      </w:tr>
      <w:tr w:rsidR="00875B6D" w:rsidRPr="00652CD7" w14:paraId="7D302308" w14:textId="77777777" w:rsidTr="00396427">
        <w:trPr>
          <w:trHeight w:val="569"/>
        </w:trPr>
        <w:tc>
          <w:tcPr>
            <w:tcW w:w="4731" w:type="dxa"/>
          </w:tcPr>
          <w:p w14:paraId="030C8924" w14:textId="4D75549B" w:rsidR="00875B6D" w:rsidRPr="00652CD7" w:rsidRDefault="00DF268F" w:rsidP="00652CD7">
            <w:pPr>
              <w:rPr>
                <w:rFonts w:ascii="Arial" w:hAnsi="Arial" w:cs="Arial"/>
              </w:rPr>
            </w:pPr>
            <w:r w:rsidRPr="00652CD7">
              <w:rPr>
                <w:rFonts w:ascii="Arial" w:hAnsi="Arial" w:cs="Arial"/>
              </w:rPr>
              <w:t>Dirección de la sede donde labora</w:t>
            </w:r>
            <w:r w:rsidR="004B513C">
              <w:rPr>
                <w:rFonts w:ascii="Arial" w:hAnsi="Arial" w:cs="Arial"/>
              </w:rPr>
              <w:t>:</w:t>
            </w:r>
          </w:p>
        </w:tc>
        <w:tc>
          <w:tcPr>
            <w:tcW w:w="4731" w:type="dxa"/>
          </w:tcPr>
          <w:p w14:paraId="12F5DD1B" w14:textId="59CDE836" w:rsidR="00396427" w:rsidRPr="00652CD7" w:rsidRDefault="007205FC" w:rsidP="007205FC">
            <w:pPr>
              <w:rPr>
                <w:rFonts w:ascii="Arial" w:hAnsi="Arial" w:cs="Arial"/>
              </w:rPr>
            </w:pPr>
            <w:r w:rsidRPr="007205FC">
              <w:rPr>
                <w:rFonts w:ascii="Arial" w:hAnsi="Arial" w:cs="Arial"/>
                <w:i/>
                <w:color w:val="A6A6A6" w:themeColor="background1" w:themeShade="A6"/>
              </w:rPr>
              <w:t xml:space="preserve">Escriba la </w:t>
            </w:r>
            <w:r>
              <w:rPr>
                <w:rFonts w:ascii="Arial" w:hAnsi="Arial" w:cs="Arial"/>
                <w:i/>
                <w:color w:val="A6A6A6" w:themeColor="background1" w:themeShade="A6"/>
              </w:rPr>
              <w:t>dirección completa de la sede</w:t>
            </w:r>
            <w:r w:rsidRPr="007205FC">
              <w:rPr>
                <w:rFonts w:ascii="Arial" w:hAnsi="Arial" w:cs="Arial"/>
                <w:i/>
                <w:color w:val="A6A6A6" w:themeColor="background1" w:themeShade="A6"/>
              </w:rPr>
              <w:t xml:space="preserve"> </w:t>
            </w:r>
            <w:r>
              <w:rPr>
                <w:rFonts w:ascii="Arial" w:hAnsi="Arial" w:cs="Arial"/>
                <w:i/>
                <w:color w:val="A6A6A6" w:themeColor="background1" w:themeShade="A6"/>
              </w:rPr>
              <w:t xml:space="preserve">en la que desarrolla </w:t>
            </w:r>
            <w:r w:rsidRPr="007205FC">
              <w:rPr>
                <w:rFonts w:ascii="Arial" w:hAnsi="Arial" w:cs="Arial"/>
                <w:i/>
                <w:color w:val="A6A6A6" w:themeColor="background1" w:themeShade="A6"/>
              </w:rPr>
              <w:t>sus funciones.</w:t>
            </w:r>
          </w:p>
        </w:tc>
      </w:tr>
      <w:tr w:rsidR="00875B6D" w:rsidRPr="00652CD7" w14:paraId="66A40196" w14:textId="77777777" w:rsidTr="00396427">
        <w:trPr>
          <w:trHeight w:val="569"/>
        </w:trPr>
        <w:tc>
          <w:tcPr>
            <w:tcW w:w="4731" w:type="dxa"/>
          </w:tcPr>
          <w:p w14:paraId="3ABCF307" w14:textId="293B98F9" w:rsidR="00875B6D" w:rsidRPr="00652CD7" w:rsidRDefault="00DF268F" w:rsidP="00652CD7">
            <w:pPr>
              <w:rPr>
                <w:rFonts w:ascii="Arial" w:hAnsi="Arial" w:cs="Arial"/>
              </w:rPr>
            </w:pPr>
            <w:r w:rsidRPr="00652CD7">
              <w:rPr>
                <w:rFonts w:ascii="Arial" w:hAnsi="Arial" w:cs="Arial"/>
              </w:rPr>
              <w:t>Correo institucional</w:t>
            </w:r>
            <w:r w:rsidR="004B513C">
              <w:rPr>
                <w:rFonts w:ascii="Arial" w:hAnsi="Arial" w:cs="Arial"/>
              </w:rPr>
              <w:t>:</w:t>
            </w:r>
          </w:p>
        </w:tc>
        <w:tc>
          <w:tcPr>
            <w:tcW w:w="4731" w:type="dxa"/>
          </w:tcPr>
          <w:p w14:paraId="7DC4169A" w14:textId="053D0041" w:rsidR="00396427" w:rsidRPr="007205FC" w:rsidRDefault="007205FC">
            <w:pPr>
              <w:rPr>
                <w:rFonts w:ascii="Arial" w:hAnsi="Arial" w:cs="Arial"/>
                <w:i/>
                <w:color w:val="A6A6A6" w:themeColor="background1" w:themeShade="A6"/>
              </w:rPr>
            </w:pPr>
            <w:r w:rsidRPr="007205FC">
              <w:rPr>
                <w:rFonts w:ascii="Arial" w:hAnsi="Arial" w:cs="Arial"/>
                <w:i/>
                <w:color w:val="A6A6A6" w:themeColor="background1" w:themeShade="A6"/>
              </w:rPr>
              <w:t xml:space="preserve">Registre su dirección de correo electrónico institucional </w:t>
            </w:r>
          </w:p>
        </w:tc>
      </w:tr>
      <w:tr w:rsidR="00875B6D" w:rsidRPr="00652CD7" w14:paraId="468CDD50" w14:textId="77777777" w:rsidTr="00396427">
        <w:trPr>
          <w:trHeight w:val="549"/>
        </w:trPr>
        <w:tc>
          <w:tcPr>
            <w:tcW w:w="4731" w:type="dxa"/>
          </w:tcPr>
          <w:p w14:paraId="3CDDCA35" w14:textId="5B9B0FD7" w:rsidR="00875B6D" w:rsidRPr="00652CD7" w:rsidRDefault="00396427" w:rsidP="00652CD7">
            <w:pPr>
              <w:rPr>
                <w:rFonts w:ascii="Arial" w:hAnsi="Arial" w:cs="Arial"/>
              </w:rPr>
            </w:pPr>
            <w:r w:rsidRPr="00652CD7">
              <w:rPr>
                <w:rFonts w:ascii="Arial" w:hAnsi="Arial" w:cs="Arial"/>
              </w:rPr>
              <w:t>¿Presenta algún tipo de discapacidad?</w:t>
            </w:r>
            <w:r w:rsidRPr="00652CD7">
              <w:rPr>
                <w:rFonts w:ascii="Arial" w:hAnsi="Arial" w:cs="Arial"/>
              </w:rPr>
              <w:br/>
            </w:r>
          </w:p>
        </w:tc>
        <w:tc>
          <w:tcPr>
            <w:tcW w:w="4731" w:type="dxa"/>
          </w:tcPr>
          <w:p w14:paraId="23A3309E" w14:textId="1DEADAA8" w:rsidR="00875B6D" w:rsidRPr="00652CD7" w:rsidRDefault="00396427" w:rsidP="00396427">
            <w:pPr>
              <w:jc w:val="center"/>
              <w:rPr>
                <w:rFonts w:ascii="Arial" w:hAnsi="Arial" w:cs="Arial"/>
              </w:rPr>
            </w:pPr>
            <w:r w:rsidRPr="00652CD7">
              <w:rPr>
                <w:rFonts w:ascii="Segoe UI Symbol" w:hAnsi="Segoe UI Symbol" w:cs="Segoe UI Symbol"/>
              </w:rPr>
              <w:t>☐</w:t>
            </w:r>
            <w:r w:rsidRPr="00652CD7">
              <w:rPr>
                <w:rFonts w:ascii="Arial" w:hAnsi="Arial" w:cs="Arial"/>
              </w:rPr>
              <w:t xml:space="preserve"> Sí</w:t>
            </w:r>
            <w:r w:rsidRPr="00652CD7">
              <w:rPr>
                <w:rFonts w:ascii="Arial" w:hAnsi="Arial" w:cs="Arial"/>
              </w:rPr>
              <w:t> </w:t>
            </w:r>
            <w:r w:rsidR="00652CD7">
              <w:rPr>
                <w:rFonts w:ascii="Arial" w:hAnsi="Arial" w:cs="Arial"/>
              </w:rPr>
              <w:t xml:space="preserve">        </w:t>
            </w:r>
            <w:r w:rsidRPr="00652CD7">
              <w:rPr>
                <w:rFonts w:ascii="Arial" w:hAnsi="Arial" w:cs="Arial"/>
              </w:rPr>
              <w:t> </w:t>
            </w:r>
            <w:r w:rsidRPr="00652CD7">
              <w:rPr>
                <w:rFonts w:ascii="Segoe UI Symbol" w:hAnsi="Segoe UI Symbol" w:cs="Segoe UI Symbol"/>
              </w:rPr>
              <w:t>☐</w:t>
            </w:r>
            <w:r w:rsidRPr="00652CD7">
              <w:rPr>
                <w:rFonts w:ascii="Arial" w:hAnsi="Arial" w:cs="Arial"/>
              </w:rPr>
              <w:t xml:space="preserve"> No</w:t>
            </w:r>
          </w:p>
        </w:tc>
      </w:tr>
    </w:tbl>
    <w:p w14:paraId="25131D95" w14:textId="53668063" w:rsidR="00875B6D" w:rsidRPr="00652CD7" w:rsidRDefault="00DF268F">
      <w:pPr>
        <w:rPr>
          <w:rFonts w:ascii="Arial" w:hAnsi="Arial" w:cs="Arial"/>
          <w:b/>
        </w:rPr>
      </w:pPr>
      <w:r w:rsidRPr="00652CD7">
        <w:rPr>
          <w:rFonts w:ascii="Arial" w:hAnsi="Arial" w:cs="Arial"/>
          <w:b/>
        </w:rPr>
        <w:br/>
      </w:r>
      <w:r w:rsidR="00396427" w:rsidRPr="00652CD7">
        <w:rPr>
          <w:rFonts w:ascii="Arial" w:hAnsi="Arial" w:cs="Arial"/>
          <w:b/>
        </w:rPr>
        <w:t>2</w:t>
      </w:r>
      <w:r w:rsidRPr="00652CD7">
        <w:rPr>
          <w:rFonts w:ascii="Arial" w:hAnsi="Arial" w:cs="Arial"/>
          <w:b/>
        </w:rPr>
        <w:t>. TIPO DE SOLICITUD</w:t>
      </w:r>
    </w:p>
    <w:p w14:paraId="3D9245B8" w14:textId="2F898494" w:rsidR="00396427" w:rsidRPr="00652CD7" w:rsidRDefault="00396427" w:rsidP="00396427">
      <w:pPr>
        <w:spacing w:after="0"/>
        <w:rPr>
          <w:rFonts w:ascii="Arial" w:hAnsi="Arial" w:cs="Arial"/>
        </w:rPr>
      </w:pPr>
      <w:r w:rsidRPr="00652CD7">
        <w:rPr>
          <w:rFonts w:ascii="Segoe UI Symbol" w:hAnsi="Segoe UI Symbol" w:cs="Segoe UI Symbol"/>
        </w:rPr>
        <w:t>☐</w:t>
      </w:r>
      <w:r w:rsidRPr="00652CD7">
        <w:rPr>
          <w:rFonts w:ascii="Arial" w:hAnsi="Arial" w:cs="Arial"/>
        </w:rPr>
        <w:t xml:space="preserve"> Trabajo en casa por condición de salud</w:t>
      </w:r>
    </w:p>
    <w:p w14:paraId="4E16F97E" w14:textId="36E8A238" w:rsidR="00396427" w:rsidRPr="00652CD7" w:rsidRDefault="00396427" w:rsidP="0083131F">
      <w:pPr>
        <w:rPr>
          <w:rFonts w:ascii="Arial" w:hAnsi="Arial" w:cs="Arial"/>
        </w:rPr>
      </w:pPr>
      <w:r w:rsidRPr="00652CD7">
        <w:rPr>
          <w:rFonts w:ascii="Segoe UI Symbol" w:hAnsi="Segoe UI Symbol" w:cs="Segoe UI Symbol"/>
        </w:rPr>
        <w:t>☐</w:t>
      </w:r>
      <w:r w:rsidRPr="00652CD7">
        <w:rPr>
          <w:rFonts w:ascii="Arial" w:hAnsi="Arial" w:cs="Arial"/>
        </w:rPr>
        <w:t xml:space="preserve"> Trabajo en casa por salud menstrual (hasta tres (3) días </w:t>
      </w:r>
      <w:r w:rsidR="00C471B1">
        <w:rPr>
          <w:rFonts w:ascii="Arial" w:hAnsi="Arial" w:cs="Arial"/>
        </w:rPr>
        <w:t xml:space="preserve">consecutivos </w:t>
      </w:r>
      <w:r w:rsidRPr="00652CD7">
        <w:rPr>
          <w:rFonts w:ascii="Arial" w:hAnsi="Arial" w:cs="Arial"/>
        </w:rPr>
        <w:t>al mes)</w:t>
      </w:r>
    </w:p>
    <w:p w14:paraId="4D1E07C3" w14:textId="396E8B7E" w:rsidR="00875B6D" w:rsidRPr="00652CD7" w:rsidRDefault="00DF268F">
      <w:pPr>
        <w:rPr>
          <w:rFonts w:ascii="Arial" w:hAnsi="Arial" w:cs="Arial"/>
        </w:rPr>
      </w:pPr>
      <w:r w:rsidRPr="00652CD7">
        <w:rPr>
          <w:rFonts w:ascii="Arial" w:hAnsi="Arial" w:cs="Arial"/>
          <w:b/>
        </w:rPr>
        <w:br/>
      </w:r>
      <w:r w:rsidR="00396427" w:rsidRPr="00652CD7">
        <w:rPr>
          <w:rFonts w:ascii="Arial" w:hAnsi="Arial" w:cs="Arial"/>
          <w:b/>
        </w:rPr>
        <w:t>3</w:t>
      </w:r>
      <w:r w:rsidRPr="00652CD7">
        <w:rPr>
          <w:rFonts w:ascii="Arial" w:hAnsi="Arial" w:cs="Arial"/>
          <w:b/>
        </w:rPr>
        <w:t>. DESCRIPCIÓN DE LA SITUACIÓN</w:t>
      </w:r>
    </w:p>
    <w:tbl>
      <w:tblPr>
        <w:tblStyle w:val="Tablaconcuadrcula"/>
        <w:tblW w:w="95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15"/>
      </w:tblGrid>
      <w:tr w:rsidR="00875B6D" w:rsidRPr="00652CD7" w14:paraId="26F423BE" w14:textId="77777777" w:rsidTr="00A04875">
        <w:trPr>
          <w:trHeight w:val="1817"/>
        </w:trPr>
        <w:tc>
          <w:tcPr>
            <w:tcW w:w="9515" w:type="dxa"/>
          </w:tcPr>
          <w:p w14:paraId="15308AE3" w14:textId="60735D1C" w:rsidR="00875B6D" w:rsidRPr="007205FC" w:rsidRDefault="00DF268F">
            <w:pPr>
              <w:rPr>
                <w:rFonts w:ascii="Arial" w:hAnsi="Arial" w:cs="Arial"/>
                <w:i/>
                <w:color w:val="A6A6A6" w:themeColor="background1" w:themeShade="A6"/>
              </w:rPr>
            </w:pPr>
            <w:r w:rsidRPr="00652CD7">
              <w:rPr>
                <w:rFonts w:ascii="Arial" w:hAnsi="Arial" w:cs="Arial"/>
              </w:rPr>
              <w:t>Describa la situación que motiva la solicitud:</w:t>
            </w:r>
            <w:r w:rsidR="007205FC">
              <w:rPr>
                <w:rFonts w:ascii="Arial" w:hAnsi="Arial" w:cs="Arial"/>
              </w:rPr>
              <w:t xml:space="preserve"> </w:t>
            </w:r>
            <w:r w:rsidR="007205FC" w:rsidRPr="007205FC">
              <w:rPr>
                <w:rFonts w:ascii="Arial" w:hAnsi="Arial" w:cs="Arial"/>
                <w:i/>
                <w:color w:val="A6A6A6" w:themeColor="background1" w:themeShade="A6"/>
              </w:rPr>
              <w:t>Describa de forma clara y concreta los hechos que motivan la solicitud.</w:t>
            </w:r>
            <w:r w:rsidR="007205FC">
              <w:t xml:space="preserve"> </w:t>
            </w:r>
            <w:r w:rsidR="007205FC" w:rsidRPr="007205FC">
              <w:rPr>
                <w:rFonts w:ascii="Arial" w:hAnsi="Arial" w:cs="Arial"/>
                <w:i/>
                <w:color w:val="A6A6A6" w:themeColor="background1" w:themeShade="A6"/>
              </w:rPr>
              <w:t>Evite incluir información que no guarde relación con la solicitud.</w:t>
            </w:r>
          </w:p>
          <w:p w14:paraId="1D8C7056" w14:textId="77777777" w:rsidR="00396427" w:rsidRPr="007205FC" w:rsidRDefault="00396427">
            <w:pPr>
              <w:rPr>
                <w:rFonts w:ascii="Arial" w:hAnsi="Arial" w:cs="Arial"/>
                <w:color w:val="A6A6A6" w:themeColor="background1" w:themeShade="A6"/>
              </w:rPr>
            </w:pPr>
          </w:p>
          <w:p w14:paraId="368B5A64" w14:textId="77777777" w:rsidR="00396427" w:rsidRPr="00652CD7" w:rsidRDefault="00396427">
            <w:pPr>
              <w:rPr>
                <w:rFonts w:ascii="Arial" w:hAnsi="Arial" w:cs="Arial"/>
              </w:rPr>
            </w:pPr>
          </w:p>
          <w:p w14:paraId="2C053411" w14:textId="77777777" w:rsidR="00396427" w:rsidRPr="00652CD7" w:rsidRDefault="00396427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Arial" w:hAnsi="Arial" w:cs="Arial"/>
              </w:rPr>
            </w:pPr>
          </w:p>
          <w:p w14:paraId="70AC1DC9" w14:textId="77777777" w:rsidR="00396427" w:rsidRPr="00652CD7" w:rsidRDefault="00396427">
            <w:pPr>
              <w:pBdr>
                <w:bottom w:val="single" w:sz="12" w:space="1" w:color="auto"/>
                <w:between w:val="single" w:sz="12" w:space="1" w:color="auto"/>
              </w:pBdr>
              <w:rPr>
                <w:rFonts w:ascii="Arial" w:hAnsi="Arial" w:cs="Arial"/>
              </w:rPr>
            </w:pPr>
          </w:p>
          <w:p w14:paraId="50FEF170" w14:textId="5009A4D1" w:rsidR="00396427" w:rsidRPr="00652CD7" w:rsidRDefault="00396427">
            <w:pPr>
              <w:pBdr>
                <w:bottom w:val="single" w:sz="12" w:space="1" w:color="auto"/>
                <w:between w:val="single" w:sz="12" w:space="1" w:color="auto"/>
              </w:pBdr>
              <w:rPr>
                <w:rFonts w:ascii="Arial" w:hAnsi="Arial" w:cs="Arial"/>
              </w:rPr>
            </w:pPr>
          </w:p>
          <w:p w14:paraId="676197D9" w14:textId="260B3F11" w:rsidR="00396427" w:rsidRDefault="00396427">
            <w:pPr>
              <w:pBdr>
                <w:bottom w:val="single" w:sz="12" w:space="1" w:color="auto"/>
                <w:between w:val="single" w:sz="12" w:space="1" w:color="auto"/>
              </w:pBdr>
              <w:rPr>
                <w:rFonts w:ascii="Arial" w:hAnsi="Arial" w:cs="Arial"/>
              </w:rPr>
            </w:pPr>
          </w:p>
          <w:p w14:paraId="141C9105" w14:textId="0E51934A" w:rsidR="0083131F" w:rsidRPr="00652CD7" w:rsidRDefault="008313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</w:t>
            </w:r>
          </w:p>
        </w:tc>
      </w:tr>
      <w:tr w:rsidR="00875B6D" w:rsidRPr="00652CD7" w14:paraId="06F54DBC" w14:textId="77777777" w:rsidTr="00A04875">
        <w:trPr>
          <w:trHeight w:val="253"/>
        </w:trPr>
        <w:tc>
          <w:tcPr>
            <w:tcW w:w="9515" w:type="dxa"/>
          </w:tcPr>
          <w:p w14:paraId="7F0BE8F7" w14:textId="77777777" w:rsidR="00875B6D" w:rsidRPr="00652CD7" w:rsidRDefault="00875B6D">
            <w:pPr>
              <w:rPr>
                <w:rFonts w:ascii="Arial" w:hAnsi="Arial" w:cs="Arial"/>
              </w:rPr>
            </w:pPr>
          </w:p>
        </w:tc>
      </w:tr>
      <w:tr w:rsidR="00875B6D" w:rsidRPr="00652CD7" w14:paraId="0E6A6BC7" w14:textId="77777777" w:rsidTr="00A04875">
        <w:trPr>
          <w:trHeight w:val="547"/>
        </w:trPr>
        <w:tc>
          <w:tcPr>
            <w:tcW w:w="9515" w:type="dxa"/>
          </w:tcPr>
          <w:p w14:paraId="0D799CE7" w14:textId="77777777" w:rsidR="00396427" w:rsidRDefault="00396427">
            <w:pPr>
              <w:rPr>
                <w:rFonts w:ascii="Arial" w:hAnsi="Arial" w:cs="Arial"/>
              </w:rPr>
            </w:pPr>
          </w:p>
          <w:p w14:paraId="4369CCCF" w14:textId="77777777" w:rsidR="0083131F" w:rsidRDefault="0083131F">
            <w:pPr>
              <w:rPr>
                <w:rFonts w:ascii="Arial" w:hAnsi="Arial" w:cs="Arial"/>
              </w:rPr>
            </w:pPr>
          </w:p>
          <w:p w14:paraId="3C243087" w14:textId="77777777" w:rsidR="0083131F" w:rsidRDefault="0083131F">
            <w:pPr>
              <w:rPr>
                <w:rFonts w:ascii="Arial" w:hAnsi="Arial" w:cs="Arial"/>
              </w:rPr>
            </w:pPr>
          </w:p>
          <w:p w14:paraId="0BB3DE78" w14:textId="77777777" w:rsidR="0083131F" w:rsidRPr="00652CD7" w:rsidRDefault="0083131F">
            <w:pPr>
              <w:rPr>
                <w:rFonts w:ascii="Arial" w:hAnsi="Arial" w:cs="Arial"/>
              </w:rPr>
            </w:pPr>
          </w:p>
        </w:tc>
      </w:tr>
    </w:tbl>
    <w:p w14:paraId="618DFF30" w14:textId="2DF4FFDE" w:rsidR="00875B6D" w:rsidRPr="00652CD7" w:rsidRDefault="005A0896">
      <w:pPr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4</w:t>
      </w:r>
      <w:r w:rsidRPr="00652CD7">
        <w:rPr>
          <w:rFonts w:ascii="Arial" w:hAnsi="Arial" w:cs="Arial"/>
          <w:b/>
        </w:rPr>
        <w:t>. SOPORTES ANEXOS</w:t>
      </w:r>
      <w:r w:rsidR="007205FC">
        <w:rPr>
          <w:rFonts w:ascii="Arial" w:hAnsi="Arial" w:cs="Arial"/>
          <w:b/>
        </w:rPr>
        <w:t xml:space="preserve">: </w:t>
      </w:r>
      <w:r w:rsidR="007205FC" w:rsidRPr="007205FC">
        <w:rPr>
          <w:rFonts w:ascii="Arial" w:hAnsi="Arial" w:cs="Arial"/>
          <w:i/>
          <w:color w:val="A6A6A6" w:themeColor="background1" w:themeShade="A6"/>
        </w:rPr>
        <w:t>Marque los documentos que adjunta y asegúrese de anexarlos al momento de radicar la solicitud.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0"/>
      </w:tblGrid>
      <w:tr w:rsidR="00875B6D" w:rsidRPr="00652CD7" w14:paraId="1EC3B1CA" w14:textId="77777777" w:rsidTr="00396427">
        <w:tc>
          <w:tcPr>
            <w:tcW w:w="8640" w:type="dxa"/>
          </w:tcPr>
          <w:p w14:paraId="1F83CFB2" w14:textId="7E8DBFEB" w:rsidR="00875B6D" w:rsidRPr="00652CD7" w:rsidRDefault="00DF268F">
            <w:pPr>
              <w:rPr>
                <w:rFonts w:ascii="Arial" w:hAnsi="Arial" w:cs="Arial"/>
              </w:rPr>
            </w:pPr>
            <w:r w:rsidRPr="00652CD7">
              <w:rPr>
                <w:rFonts w:ascii="Segoe UI Symbol" w:hAnsi="Segoe UI Symbol" w:cs="Segoe UI Symbol"/>
              </w:rPr>
              <w:t>☐</w:t>
            </w:r>
            <w:r w:rsidRPr="00652CD7">
              <w:rPr>
                <w:rFonts w:ascii="Arial" w:hAnsi="Arial" w:cs="Arial"/>
              </w:rPr>
              <w:t xml:space="preserve"> Certificación médica EPS / plan complementario / medicina prepagada</w:t>
            </w:r>
            <w:r w:rsidR="00A914AD">
              <w:rPr>
                <w:rFonts w:ascii="Arial" w:hAnsi="Arial" w:cs="Arial"/>
              </w:rPr>
              <w:t xml:space="preserve">, para salud </w:t>
            </w:r>
            <w:r w:rsidR="0083131F">
              <w:rPr>
                <w:rFonts w:ascii="Arial" w:hAnsi="Arial" w:cs="Arial"/>
              </w:rPr>
              <w:t>menstrual</w:t>
            </w:r>
            <w:r w:rsidR="004B513C">
              <w:rPr>
                <w:rFonts w:ascii="Arial" w:hAnsi="Arial" w:cs="Arial"/>
              </w:rPr>
              <w:t>.</w:t>
            </w:r>
            <w:r w:rsidR="007205FC">
              <w:rPr>
                <w:rFonts w:ascii="Arial" w:hAnsi="Arial" w:cs="Arial"/>
              </w:rPr>
              <w:t xml:space="preserve"> </w:t>
            </w:r>
            <w:r w:rsidR="007205FC" w:rsidRPr="007205FC">
              <w:rPr>
                <w:rFonts w:ascii="Arial" w:hAnsi="Arial" w:cs="Arial"/>
                <w:i/>
                <w:color w:val="A6A6A6" w:themeColor="background1" w:themeShade="A6"/>
              </w:rPr>
              <w:t>(Aplica para solicitudes relacionadas con salud menstrual.)</w:t>
            </w:r>
          </w:p>
        </w:tc>
      </w:tr>
      <w:tr w:rsidR="00875B6D" w:rsidRPr="00652CD7" w14:paraId="0B5FD56D" w14:textId="77777777" w:rsidTr="00396427">
        <w:tc>
          <w:tcPr>
            <w:tcW w:w="8640" w:type="dxa"/>
          </w:tcPr>
          <w:p w14:paraId="548848DB" w14:textId="38B8AD24" w:rsidR="00875B6D" w:rsidRPr="00652CD7" w:rsidRDefault="00DF268F">
            <w:pPr>
              <w:rPr>
                <w:rFonts w:ascii="Arial" w:hAnsi="Arial" w:cs="Arial"/>
              </w:rPr>
            </w:pPr>
            <w:r w:rsidRPr="00652CD7">
              <w:rPr>
                <w:rFonts w:ascii="Segoe UI Symbol" w:hAnsi="Segoe UI Symbol" w:cs="Segoe UI Symbol"/>
              </w:rPr>
              <w:t>☐</w:t>
            </w:r>
            <w:r w:rsidRPr="00652CD7">
              <w:rPr>
                <w:rFonts w:ascii="Arial" w:hAnsi="Arial" w:cs="Arial"/>
              </w:rPr>
              <w:t xml:space="preserve"> </w:t>
            </w:r>
            <w:r w:rsidR="004B513C">
              <w:rPr>
                <w:rFonts w:ascii="Arial" w:hAnsi="Arial" w:cs="Arial"/>
              </w:rPr>
              <w:t>R</w:t>
            </w:r>
            <w:r w:rsidRPr="00652CD7">
              <w:rPr>
                <w:rFonts w:ascii="Arial" w:hAnsi="Arial" w:cs="Arial"/>
              </w:rPr>
              <w:t>ecomendaciones de trabajo en casa</w:t>
            </w:r>
            <w:r w:rsidR="004B513C">
              <w:rPr>
                <w:rFonts w:ascii="Arial" w:hAnsi="Arial" w:cs="Arial"/>
              </w:rPr>
              <w:t xml:space="preserve"> por condición de salud, emitidas por el m</w:t>
            </w:r>
            <w:r w:rsidRPr="00652CD7">
              <w:rPr>
                <w:rFonts w:ascii="Arial" w:hAnsi="Arial" w:cs="Arial"/>
              </w:rPr>
              <w:t>édico tratante</w:t>
            </w:r>
            <w:r w:rsidR="00A914AD">
              <w:rPr>
                <w:rFonts w:ascii="Arial" w:hAnsi="Arial" w:cs="Arial"/>
              </w:rPr>
              <w:t xml:space="preserve"> de la EPS</w:t>
            </w:r>
            <w:r w:rsidR="004B513C">
              <w:rPr>
                <w:rFonts w:ascii="Arial" w:hAnsi="Arial" w:cs="Arial"/>
              </w:rPr>
              <w:t>.</w:t>
            </w:r>
            <w:r w:rsidR="007205FC">
              <w:rPr>
                <w:rFonts w:ascii="Arial" w:hAnsi="Arial" w:cs="Arial"/>
              </w:rPr>
              <w:t xml:space="preserve"> </w:t>
            </w:r>
            <w:r w:rsidR="007205FC" w:rsidRPr="007205FC">
              <w:rPr>
                <w:rFonts w:ascii="Arial" w:hAnsi="Arial" w:cs="Arial"/>
                <w:i/>
                <w:color w:val="A6A6A6" w:themeColor="background1" w:themeShade="A6"/>
              </w:rPr>
              <w:t>(Documento expedido por el médico tratante de la EPS que recomiende o justifique la prestación del servicio bajo la modalidad de trabajo en casa.)</w:t>
            </w:r>
          </w:p>
        </w:tc>
      </w:tr>
      <w:tr w:rsidR="00875B6D" w:rsidRPr="00652CD7" w14:paraId="5BAB0102" w14:textId="77777777" w:rsidTr="00396427">
        <w:tc>
          <w:tcPr>
            <w:tcW w:w="8640" w:type="dxa"/>
          </w:tcPr>
          <w:p w14:paraId="768B5E3B" w14:textId="017FF18A" w:rsidR="00875B6D" w:rsidRPr="00652CD7" w:rsidRDefault="00DF268F">
            <w:pPr>
              <w:rPr>
                <w:rFonts w:ascii="Arial" w:hAnsi="Arial" w:cs="Arial"/>
              </w:rPr>
            </w:pPr>
            <w:r w:rsidRPr="00652CD7">
              <w:rPr>
                <w:rFonts w:ascii="Segoe UI Symbol" w:hAnsi="Segoe UI Symbol" w:cs="Segoe UI Symbol"/>
              </w:rPr>
              <w:t>☐</w:t>
            </w:r>
            <w:r w:rsidRPr="00652CD7">
              <w:rPr>
                <w:rFonts w:ascii="Arial" w:hAnsi="Arial" w:cs="Arial"/>
              </w:rPr>
              <w:t xml:space="preserve"> Soporte de situación familiar o personal</w:t>
            </w:r>
            <w:r w:rsidR="007205FC">
              <w:rPr>
                <w:rFonts w:ascii="Arial" w:hAnsi="Arial" w:cs="Arial"/>
              </w:rPr>
              <w:t xml:space="preserve"> </w:t>
            </w:r>
            <w:r w:rsidR="007205FC" w:rsidRPr="007205FC">
              <w:rPr>
                <w:rFonts w:ascii="Arial" w:hAnsi="Arial" w:cs="Arial"/>
                <w:i/>
                <w:color w:val="A6A6A6" w:themeColor="background1" w:themeShade="A6"/>
              </w:rPr>
              <w:t>(Documentos que permitan acreditar circunstancias particulares relacionadas con la solicitud.)</w:t>
            </w:r>
          </w:p>
        </w:tc>
      </w:tr>
      <w:tr w:rsidR="00875B6D" w:rsidRPr="00652CD7" w14:paraId="5A54A5EF" w14:textId="77777777" w:rsidTr="00396427">
        <w:tc>
          <w:tcPr>
            <w:tcW w:w="8640" w:type="dxa"/>
          </w:tcPr>
          <w:p w14:paraId="4A528211" w14:textId="60B41AAF" w:rsidR="00875B6D" w:rsidRPr="00652CD7" w:rsidRDefault="00DF268F">
            <w:pPr>
              <w:rPr>
                <w:rFonts w:ascii="Arial" w:hAnsi="Arial" w:cs="Arial"/>
              </w:rPr>
            </w:pPr>
            <w:r w:rsidRPr="00652CD7">
              <w:rPr>
                <w:rFonts w:ascii="Segoe UI Symbol" w:hAnsi="Segoe UI Symbol" w:cs="Segoe UI Symbol"/>
              </w:rPr>
              <w:t>☐</w:t>
            </w:r>
            <w:r w:rsidRPr="00652CD7">
              <w:rPr>
                <w:rFonts w:ascii="Arial" w:hAnsi="Arial" w:cs="Arial"/>
              </w:rPr>
              <w:t xml:space="preserve"> Otro(s): </w:t>
            </w:r>
            <w:r w:rsidRPr="007205FC">
              <w:rPr>
                <w:rFonts w:ascii="Arial" w:hAnsi="Arial" w:cs="Arial"/>
                <w:i/>
                <w:color w:val="A6A6A6" w:themeColor="background1" w:themeShade="A6"/>
              </w:rPr>
              <w:t>_______________________________</w:t>
            </w:r>
            <w:r w:rsidR="007205FC" w:rsidRPr="007205FC">
              <w:rPr>
                <w:rFonts w:ascii="Arial" w:hAnsi="Arial" w:cs="Arial"/>
                <w:i/>
                <w:color w:val="A6A6A6" w:themeColor="background1" w:themeShade="A6"/>
              </w:rPr>
              <w:t>( Indique y adjunte cualquier documento adicional que considere pertinente para respaldar la solicitud.)</w:t>
            </w:r>
          </w:p>
        </w:tc>
      </w:tr>
      <w:tr w:rsidR="00875B6D" w:rsidRPr="00652CD7" w14:paraId="0EBDD7FF" w14:textId="77777777" w:rsidTr="00482505">
        <w:tc>
          <w:tcPr>
            <w:tcW w:w="8640" w:type="dxa"/>
          </w:tcPr>
          <w:p w14:paraId="7C1C0C2B" w14:textId="6C407063" w:rsidR="00482505" w:rsidRPr="00652CD7" w:rsidRDefault="00DF268F">
            <w:pPr>
              <w:rPr>
                <w:rFonts w:ascii="Arial" w:hAnsi="Arial" w:cs="Arial"/>
              </w:rPr>
            </w:pPr>
            <w:r w:rsidRPr="00652CD7">
              <w:rPr>
                <w:rFonts w:ascii="Arial" w:hAnsi="Arial" w:cs="Arial"/>
                <w:b/>
              </w:rPr>
              <w:br/>
            </w:r>
            <w:r w:rsidRPr="00652CD7">
              <w:rPr>
                <w:rFonts w:ascii="Arial" w:hAnsi="Arial" w:cs="Arial"/>
                <w:b/>
                <w:bCs/>
              </w:rPr>
              <w:t>Dirección desde donde prestará el servicio (Bogotá D.C.):</w:t>
            </w:r>
            <w:r w:rsidRPr="00652CD7">
              <w:rPr>
                <w:rFonts w:ascii="Arial" w:hAnsi="Arial" w:cs="Arial"/>
              </w:rPr>
              <w:t xml:space="preserve"> </w:t>
            </w:r>
            <w:r w:rsidR="007205FC" w:rsidRPr="007205FC">
              <w:rPr>
                <w:rFonts w:ascii="Arial" w:hAnsi="Arial" w:cs="Arial"/>
                <w:i/>
                <w:color w:val="A6A6A6" w:themeColor="background1" w:themeShade="A6"/>
              </w:rPr>
              <w:t>Indique la dirección completa ubicada en Bogotá D.C. desde la cual desarrollará sus funciones durante el período autorizado de trabajo en casa.</w:t>
            </w:r>
          </w:p>
          <w:p w14:paraId="6EFAE85D" w14:textId="77777777" w:rsidR="00482505" w:rsidRPr="00652CD7" w:rsidRDefault="00482505">
            <w:pPr>
              <w:rPr>
                <w:rFonts w:ascii="Arial" w:hAnsi="Arial" w:cs="Arial"/>
              </w:rPr>
            </w:pPr>
          </w:p>
          <w:p w14:paraId="47255B1B" w14:textId="73C68B19" w:rsidR="00482505" w:rsidRDefault="00482505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Arial" w:hAnsi="Arial" w:cs="Arial"/>
              </w:rPr>
            </w:pPr>
          </w:p>
          <w:p w14:paraId="16A930EC" w14:textId="77777777" w:rsidR="0083131F" w:rsidRDefault="0083131F">
            <w:pPr>
              <w:pBdr>
                <w:bottom w:val="single" w:sz="12" w:space="1" w:color="auto"/>
              </w:pBdr>
              <w:rPr>
                <w:rFonts w:ascii="Arial" w:hAnsi="Arial" w:cs="Arial"/>
              </w:rPr>
            </w:pPr>
          </w:p>
          <w:p w14:paraId="34752FF7" w14:textId="264D8BC5" w:rsidR="00652CD7" w:rsidRPr="00652CD7" w:rsidRDefault="00652CD7">
            <w:pPr>
              <w:rPr>
                <w:rFonts w:ascii="Arial" w:hAnsi="Arial" w:cs="Arial"/>
              </w:rPr>
            </w:pPr>
          </w:p>
        </w:tc>
      </w:tr>
    </w:tbl>
    <w:p w14:paraId="13DC457C" w14:textId="73E2CA6C" w:rsidR="00A55B2B" w:rsidRDefault="00DF268F" w:rsidP="00482505">
      <w:pPr>
        <w:rPr>
          <w:rFonts w:ascii="Arial" w:hAnsi="Arial" w:cs="Arial"/>
          <w:b/>
        </w:rPr>
      </w:pPr>
      <w:r w:rsidRPr="00652CD7">
        <w:rPr>
          <w:rFonts w:ascii="Arial" w:hAnsi="Arial" w:cs="Arial"/>
          <w:b/>
        </w:rPr>
        <w:br/>
      </w:r>
    </w:p>
    <w:p w14:paraId="36D649D6" w14:textId="5BB91853" w:rsidR="00482505" w:rsidRPr="00652CD7" w:rsidRDefault="007205FC" w:rsidP="0048250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5</w:t>
      </w:r>
      <w:r w:rsidR="00482505" w:rsidRPr="00652CD7">
        <w:rPr>
          <w:rFonts w:ascii="Arial" w:hAnsi="Arial" w:cs="Arial"/>
          <w:b/>
        </w:rPr>
        <w:t>. DECLARACIÓN DEL (LA) SERVIDOR(A)</w:t>
      </w:r>
    </w:p>
    <w:p w14:paraId="11C2D545" w14:textId="77777777" w:rsidR="0091269F" w:rsidRDefault="0091269F" w:rsidP="00A04875">
      <w:pPr>
        <w:jc w:val="both"/>
        <w:rPr>
          <w:rFonts w:ascii="Arial" w:hAnsi="Arial" w:cs="Arial"/>
        </w:rPr>
      </w:pPr>
      <w:r w:rsidRPr="0091269F">
        <w:rPr>
          <w:rFonts w:ascii="Arial" w:hAnsi="Arial" w:cs="Arial"/>
        </w:rPr>
        <w:t>Declaro que la información suministrada es veraz y completa, y me comprometo a cumplir con las funciones asignadas, la jornada laboral, así como con los deberes y obligaciones establecidos en la normatividad vigente y en la resolución que regula el Trabajo en Casa en el Ministerio del Interior. Asimismo, me comprometo a garantizar la confidencialidad, custodia y el adecuado manejo de la información institucional a la que tenga acceso durante el desarrollo del trabajo en casa.</w:t>
      </w:r>
    </w:p>
    <w:p w14:paraId="72191D22" w14:textId="1B5E1DEF" w:rsidR="00A04875" w:rsidRPr="00A04875" w:rsidRDefault="00A04875" w:rsidP="00A04875">
      <w:pPr>
        <w:jc w:val="both"/>
        <w:rPr>
          <w:rFonts w:ascii="Arial" w:hAnsi="Arial" w:cs="Arial"/>
          <w:lang w:val="es-419"/>
        </w:rPr>
      </w:pPr>
      <w:r w:rsidRPr="00A04875">
        <w:rPr>
          <w:rFonts w:ascii="Arial" w:hAnsi="Arial" w:cs="Arial"/>
          <w:b/>
          <w:bCs/>
          <w:lang w:val="es-419"/>
        </w:rPr>
        <w:t>Firma del (la) servidor(a):</w:t>
      </w:r>
      <w:r w:rsidRPr="00A04875">
        <w:rPr>
          <w:rFonts w:ascii="Arial" w:hAnsi="Arial" w:cs="Arial"/>
          <w:lang w:val="es-419"/>
        </w:rPr>
        <w:t xml:space="preserve"> ___</w:t>
      </w:r>
      <w:r w:rsidR="00196B45" w:rsidRPr="00196B45">
        <w:rPr>
          <w:rFonts w:ascii="Arial" w:hAnsi="Arial" w:cs="Arial"/>
          <w:i/>
          <w:color w:val="A6A6A6" w:themeColor="background1" w:themeShade="A6"/>
        </w:rPr>
        <w:t>Registre su firma</w:t>
      </w:r>
      <w:r w:rsidRPr="00A04875">
        <w:rPr>
          <w:rFonts w:ascii="Arial" w:hAnsi="Arial" w:cs="Arial"/>
          <w:lang w:val="es-419"/>
        </w:rPr>
        <w:t>______________________________</w:t>
      </w:r>
    </w:p>
    <w:p w14:paraId="31960982" w14:textId="32367C41" w:rsidR="00A04875" w:rsidRPr="00A04875" w:rsidRDefault="00A04875" w:rsidP="00482505">
      <w:pPr>
        <w:jc w:val="both"/>
        <w:rPr>
          <w:rFonts w:ascii="Arial" w:hAnsi="Arial" w:cs="Arial"/>
          <w:lang w:val="es-419"/>
        </w:rPr>
      </w:pPr>
      <w:r w:rsidRPr="00A04875">
        <w:rPr>
          <w:rFonts w:ascii="Arial" w:hAnsi="Arial" w:cs="Arial"/>
          <w:b/>
          <w:bCs/>
          <w:lang w:val="es-419"/>
        </w:rPr>
        <w:t>Fecha:</w:t>
      </w:r>
      <w:r w:rsidRPr="00A04875">
        <w:rPr>
          <w:rFonts w:ascii="Arial" w:hAnsi="Arial" w:cs="Arial"/>
          <w:lang w:val="es-419"/>
        </w:rPr>
        <w:t xml:space="preserve"> ____ / ____ / ______</w:t>
      </w:r>
    </w:p>
    <w:p w14:paraId="751557E2" w14:textId="5C60E22E" w:rsidR="00875B6D" w:rsidRPr="0083131F" w:rsidRDefault="00DF268F">
      <w:pPr>
        <w:rPr>
          <w:rFonts w:ascii="Arial" w:hAnsi="Arial" w:cs="Arial"/>
        </w:rPr>
      </w:pPr>
      <w:r w:rsidRPr="00652CD7">
        <w:rPr>
          <w:rFonts w:ascii="Arial" w:hAnsi="Arial" w:cs="Arial"/>
          <w:b/>
        </w:rPr>
        <w:br/>
      </w:r>
      <w:r w:rsidR="007205FC">
        <w:rPr>
          <w:rFonts w:ascii="Arial" w:hAnsi="Arial" w:cs="Arial"/>
          <w:b/>
        </w:rPr>
        <w:t>6</w:t>
      </w:r>
      <w:r w:rsidRPr="0083131F">
        <w:rPr>
          <w:rFonts w:ascii="Arial" w:hAnsi="Arial" w:cs="Arial"/>
          <w:b/>
        </w:rPr>
        <w:t xml:space="preserve">. USO EXCLUSIVO – SUBDIRECCIÓN DE GESTIÓN </w:t>
      </w:r>
      <w:r w:rsidR="00196B45" w:rsidRPr="0083131F">
        <w:rPr>
          <w:rFonts w:ascii="Arial" w:hAnsi="Arial" w:cs="Arial"/>
          <w:b/>
        </w:rPr>
        <w:t>HUMANA</w:t>
      </w:r>
      <w:r w:rsidR="00196B45">
        <w:rPr>
          <w:rFonts w:ascii="Arial" w:hAnsi="Arial" w:cs="Arial"/>
          <w:b/>
        </w:rPr>
        <w:t xml:space="preserve">: </w:t>
      </w:r>
      <w:r w:rsidR="00196B45" w:rsidRPr="00196B45">
        <w:rPr>
          <w:rFonts w:ascii="Arial" w:hAnsi="Arial" w:cs="Arial"/>
          <w:i/>
          <w:color w:val="A6A6A6" w:themeColor="background1" w:themeShade="A6"/>
        </w:rPr>
        <w:t>Este espacio no debe ser diligenciado por el(la) solicitante.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0"/>
      </w:tblGrid>
      <w:tr w:rsidR="00875B6D" w:rsidRPr="00652CD7" w14:paraId="04FEBA78" w14:textId="77777777" w:rsidTr="00482505">
        <w:tc>
          <w:tcPr>
            <w:tcW w:w="8640" w:type="dxa"/>
          </w:tcPr>
          <w:p w14:paraId="4ED964D9" w14:textId="77777777" w:rsidR="00875B6D" w:rsidRPr="00652CD7" w:rsidRDefault="00DF268F">
            <w:pPr>
              <w:rPr>
                <w:rFonts w:ascii="Arial" w:hAnsi="Arial" w:cs="Arial"/>
              </w:rPr>
            </w:pPr>
            <w:r w:rsidRPr="00652CD7">
              <w:rPr>
                <w:rFonts w:ascii="Segoe UI Symbol" w:hAnsi="Segoe UI Symbol" w:cs="Segoe UI Symbol"/>
              </w:rPr>
              <w:lastRenderedPageBreak/>
              <w:t>☐</w:t>
            </w:r>
            <w:r w:rsidRPr="00652CD7">
              <w:rPr>
                <w:rFonts w:ascii="Arial" w:hAnsi="Arial" w:cs="Arial"/>
              </w:rPr>
              <w:t xml:space="preserve"> Solicitud recibida</w:t>
            </w:r>
          </w:p>
        </w:tc>
      </w:tr>
      <w:tr w:rsidR="00875B6D" w:rsidRPr="00652CD7" w14:paraId="42A6D68D" w14:textId="77777777" w:rsidTr="00482505">
        <w:tc>
          <w:tcPr>
            <w:tcW w:w="8640" w:type="dxa"/>
          </w:tcPr>
          <w:p w14:paraId="3B4434B5" w14:textId="77777777" w:rsidR="00875B6D" w:rsidRPr="00652CD7" w:rsidRDefault="00DF268F">
            <w:pPr>
              <w:rPr>
                <w:rFonts w:ascii="Arial" w:hAnsi="Arial" w:cs="Arial"/>
              </w:rPr>
            </w:pPr>
            <w:r w:rsidRPr="00652CD7">
              <w:rPr>
                <w:rFonts w:ascii="Segoe UI Symbol" w:hAnsi="Segoe UI Symbol" w:cs="Segoe UI Symbol"/>
              </w:rPr>
              <w:t>☐</w:t>
            </w:r>
            <w:r w:rsidRPr="00652CD7">
              <w:rPr>
                <w:rFonts w:ascii="Arial" w:hAnsi="Arial" w:cs="Arial"/>
              </w:rPr>
              <w:t xml:space="preserve"> Documentación completa</w:t>
            </w:r>
          </w:p>
        </w:tc>
      </w:tr>
      <w:tr w:rsidR="00875B6D" w:rsidRPr="00652CD7" w14:paraId="2AFEDF7F" w14:textId="77777777" w:rsidTr="00482505">
        <w:tc>
          <w:tcPr>
            <w:tcW w:w="8640" w:type="dxa"/>
          </w:tcPr>
          <w:p w14:paraId="1581AE0D" w14:textId="063D8197" w:rsidR="00875B6D" w:rsidRPr="00652CD7" w:rsidRDefault="00DF268F">
            <w:pPr>
              <w:rPr>
                <w:rFonts w:ascii="Arial" w:hAnsi="Arial" w:cs="Arial"/>
              </w:rPr>
            </w:pPr>
            <w:r w:rsidRPr="00652CD7">
              <w:rPr>
                <w:rFonts w:ascii="Segoe UI Symbol" w:hAnsi="Segoe UI Symbol" w:cs="Segoe UI Symbol"/>
              </w:rPr>
              <w:t>☐</w:t>
            </w:r>
            <w:r w:rsidRPr="00652CD7">
              <w:rPr>
                <w:rFonts w:ascii="Arial" w:hAnsi="Arial" w:cs="Arial"/>
              </w:rPr>
              <w:t xml:space="preserve"> Revisión </w:t>
            </w:r>
            <w:r w:rsidR="005A0896">
              <w:rPr>
                <w:rFonts w:ascii="Arial" w:hAnsi="Arial" w:cs="Arial"/>
              </w:rPr>
              <w:t>Seguridad y Salud en el Trabajo (</w:t>
            </w:r>
            <w:r w:rsidRPr="00652CD7">
              <w:rPr>
                <w:rFonts w:ascii="Arial" w:hAnsi="Arial" w:cs="Arial"/>
              </w:rPr>
              <w:t>SST</w:t>
            </w:r>
            <w:r w:rsidR="005A0896">
              <w:rPr>
                <w:rFonts w:ascii="Arial" w:hAnsi="Arial" w:cs="Arial"/>
              </w:rPr>
              <w:t>)</w:t>
            </w:r>
          </w:p>
        </w:tc>
      </w:tr>
      <w:tr w:rsidR="00875B6D" w:rsidRPr="00652CD7" w14:paraId="7DA84B1A" w14:textId="77777777" w:rsidTr="00482505">
        <w:tc>
          <w:tcPr>
            <w:tcW w:w="8640" w:type="dxa"/>
          </w:tcPr>
          <w:p w14:paraId="4B11678B" w14:textId="73CB106B" w:rsidR="00875B6D" w:rsidRPr="00652CD7" w:rsidRDefault="00DF268F">
            <w:pPr>
              <w:rPr>
                <w:rFonts w:ascii="Arial" w:hAnsi="Arial" w:cs="Arial"/>
              </w:rPr>
            </w:pPr>
            <w:r w:rsidRPr="00652CD7">
              <w:rPr>
                <w:rFonts w:ascii="Segoe UI Symbol" w:hAnsi="Segoe UI Symbol" w:cs="Segoe UI Symbol"/>
              </w:rPr>
              <w:t>☐</w:t>
            </w:r>
            <w:r w:rsidRPr="00652CD7">
              <w:rPr>
                <w:rFonts w:ascii="Arial" w:hAnsi="Arial" w:cs="Arial"/>
              </w:rPr>
              <w:t xml:space="preserve"> Revisión </w:t>
            </w:r>
            <w:r w:rsidR="005A0896">
              <w:rPr>
                <w:rFonts w:ascii="Arial" w:hAnsi="Arial" w:cs="Arial"/>
              </w:rPr>
              <w:t>Oficina de Información Pública (</w:t>
            </w:r>
            <w:r w:rsidRPr="00652CD7">
              <w:rPr>
                <w:rFonts w:ascii="Arial" w:hAnsi="Arial" w:cs="Arial"/>
              </w:rPr>
              <w:t>OIP</w:t>
            </w:r>
            <w:r w:rsidR="005A0896">
              <w:rPr>
                <w:rFonts w:ascii="Arial" w:hAnsi="Arial" w:cs="Arial"/>
              </w:rPr>
              <w:t>)</w:t>
            </w:r>
          </w:p>
          <w:p w14:paraId="0ED0DC83" w14:textId="77777777" w:rsidR="00482505" w:rsidRPr="00652CD7" w:rsidRDefault="00482505">
            <w:pPr>
              <w:rPr>
                <w:rFonts w:ascii="Arial" w:hAnsi="Arial" w:cs="Arial"/>
              </w:rPr>
            </w:pPr>
          </w:p>
        </w:tc>
      </w:tr>
      <w:tr w:rsidR="00875B6D" w:rsidRPr="00652CD7" w14:paraId="50839D92" w14:textId="77777777" w:rsidTr="00482505">
        <w:tc>
          <w:tcPr>
            <w:tcW w:w="8640" w:type="dxa"/>
          </w:tcPr>
          <w:p w14:paraId="16BCA27D" w14:textId="6BF3E25B" w:rsidR="00875B6D" w:rsidRPr="00652CD7" w:rsidRDefault="00DF268F">
            <w:pPr>
              <w:rPr>
                <w:rFonts w:ascii="Arial" w:hAnsi="Arial" w:cs="Arial"/>
              </w:rPr>
            </w:pPr>
            <w:r w:rsidRPr="00652CD7">
              <w:rPr>
                <w:rFonts w:ascii="Arial" w:hAnsi="Arial" w:cs="Arial"/>
                <w:b/>
                <w:bCs/>
              </w:rPr>
              <w:t>Resultado</w:t>
            </w:r>
            <w:r w:rsidRPr="00652CD7">
              <w:rPr>
                <w:rFonts w:ascii="Arial" w:hAnsi="Arial" w:cs="Arial"/>
              </w:rPr>
              <w:t>:</w:t>
            </w:r>
            <w:r w:rsidR="00482505" w:rsidRPr="00652CD7">
              <w:rPr>
                <w:rFonts w:ascii="Arial" w:hAnsi="Arial" w:cs="Arial"/>
              </w:rPr>
              <w:t xml:space="preserve">    </w:t>
            </w:r>
            <w:r w:rsidRPr="00652CD7">
              <w:rPr>
                <w:rFonts w:ascii="Arial" w:hAnsi="Arial" w:cs="Arial"/>
              </w:rPr>
              <w:t xml:space="preserve"> </w:t>
            </w:r>
            <w:r w:rsidRPr="00652CD7">
              <w:rPr>
                <w:rFonts w:ascii="Segoe UI Symbol" w:hAnsi="Segoe UI Symbol" w:cs="Segoe UI Symbol"/>
              </w:rPr>
              <w:t>☐</w:t>
            </w:r>
            <w:r w:rsidRPr="00652CD7">
              <w:rPr>
                <w:rFonts w:ascii="Arial" w:hAnsi="Arial" w:cs="Arial"/>
              </w:rPr>
              <w:t xml:space="preserve"> Aprobada </w:t>
            </w:r>
            <w:r w:rsidR="00482505" w:rsidRPr="00652CD7">
              <w:rPr>
                <w:rFonts w:ascii="Arial" w:hAnsi="Arial" w:cs="Arial"/>
              </w:rPr>
              <w:t xml:space="preserve">        </w:t>
            </w:r>
            <w:r w:rsidRPr="00652CD7">
              <w:rPr>
                <w:rFonts w:ascii="Segoe UI Symbol" w:hAnsi="Segoe UI Symbol" w:cs="Segoe UI Symbol"/>
              </w:rPr>
              <w:t>☐</w:t>
            </w:r>
            <w:r w:rsidRPr="00652CD7">
              <w:rPr>
                <w:rFonts w:ascii="Arial" w:hAnsi="Arial" w:cs="Arial"/>
              </w:rPr>
              <w:t xml:space="preserve"> Negada</w:t>
            </w:r>
          </w:p>
          <w:p w14:paraId="1DED63C2" w14:textId="77777777" w:rsidR="00482505" w:rsidRPr="00652CD7" w:rsidRDefault="00482505">
            <w:pPr>
              <w:rPr>
                <w:rFonts w:ascii="Arial" w:hAnsi="Arial" w:cs="Arial"/>
              </w:rPr>
            </w:pPr>
          </w:p>
          <w:p w14:paraId="3C562985" w14:textId="5C1C1911" w:rsidR="00482505" w:rsidRPr="00652CD7" w:rsidRDefault="00482505">
            <w:pPr>
              <w:rPr>
                <w:rFonts w:ascii="Arial" w:hAnsi="Arial" w:cs="Arial"/>
              </w:rPr>
            </w:pPr>
            <w:r w:rsidRPr="00652CD7">
              <w:rPr>
                <w:rFonts w:ascii="Arial" w:hAnsi="Arial" w:cs="Arial"/>
                <w:b/>
                <w:bCs/>
              </w:rPr>
              <w:t>Observaciones:</w:t>
            </w:r>
            <w:r w:rsidRPr="00652CD7">
              <w:rPr>
                <w:rFonts w:ascii="Arial" w:hAnsi="Arial" w:cs="Arial"/>
              </w:rPr>
              <w:t xml:space="preserve"> ___________________________________________________________________________________________________________________________________________________________________________________________________________</w:t>
            </w:r>
            <w:r w:rsidR="00A55B2B">
              <w:rPr>
                <w:rFonts w:ascii="Arial" w:hAnsi="Arial" w:cs="Arial"/>
              </w:rPr>
              <w:t>_</w:t>
            </w:r>
          </w:p>
        </w:tc>
      </w:tr>
    </w:tbl>
    <w:p w14:paraId="305A4B22" w14:textId="720E38D3" w:rsidR="00482505" w:rsidRDefault="00482505" w:rsidP="00482505">
      <w:pPr>
        <w:rPr>
          <w:rFonts w:ascii="Arial" w:hAnsi="Arial" w:cs="Arial"/>
        </w:rPr>
      </w:pPr>
    </w:p>
    <w:p w14:paraId="0E2E2236" w14:textId="77777777" w:rsidR="00A55B2B" w:rsidRPr="00A55B2B" w:rsidRDefault="00A55B2B" w:rsidP="00A55B2B">
      <w:pPr>
        <w:rPr>
          <w:rFonts w:ascii="Arial" w:hAnsi="Arial" w:cs="Arial"/>
          <w:b/>
          <w:bCs/>
          <w:lang w:val="es-419"/>
        </w:rPr>
      </w:pPr>
      <w:r w:rsidRPr="00A55B2B">
        <w:rPr>
          <w:rFonts w:ascii="Arial" w:hAnsi="Arial" w:cs="Arial"/>
          <w:b/>
          <w:bCs/>
          <w:lang w:val="es-419"/>
        </w:rPr>
        <w:t>DURACIÓN SOLICITADA (en caso de aprobación del Trabajo en Casa)</w:t>
      </w:r>
    </w:p>
    <w:p w14:paraId="1AE31C67" w14:textId="77777777" w:rsidR="00A55B2B" w:rsidRPr="00A55B2B" w:rsidRDefault="00A55B2B" w:rsidP="00A55B2B">
      <w:pPr>
        <w:rPr>
          <w:rFonts w:ascii="Arial" w:hAnsi="Arial" w:cs="Arial"/>
          <w:lang w:val="es-419"/>
        </w:rPr>
      </w:pPr>
      <w:r w:rsidRPr="00A55B2B">
        <w:rPr>
          <w:rFonts w:ascii="Arial" w:hAnsi="Arial" w:cs="Arial"/>
          <w:lang w:val="es-419"/>
        </w:rPr>
        <w:t>La duración del Trabajo en Casa estará sujeta a verificación y aprobación por parte de la Subdirección de Gestión Humana.</w:t>
      </w:r>
    </w:p>
    <w:p w14:paraId="3D086F8E" w14:textId="22D33538" w:rsidR="0083131F" w:rsidRPr="00A55B2B" w:rsidRDefault="00A55B2B" w:rsidP="00482505">
      <w:pPr>
        <w:rPr>
          <w:rFonts w:ascii="Arial" w:hAnsi="Arial" w:cs="Arial"/>
          <w:lang w:val="es-419"/>
        </w:rPr>
      </w:pPr>
      <w:r w:rsidRPr="00A55B2B">
        <w:rPr>
          <w:rFonts w:ascii="Arial" w:hAnsi="Arial" w:cs="Arial"/>
          <w:lang w:val="es-419"/>
        </w:rPr>
        <w:t xml:space="preserve">• </w:t>
      </w:r>
      <w:r w:rsidRPr="00A55B2B">
        <w:rPr>
          <w:rFonts w:ascii="Arial" w:hAnsi="Arial" w:cs="Arial"/>
          <w:b/>
          <w:bCs/>
          <w:lang w:val="es-419"/>
        </w:rPr>
        <w:t>Fecha de inicio:</w:t>
      </w:r>
      <w:r w:rsidRPr="00A55B2B">
        <w:rPr>
          <w:rFonts w:ascii="Arial" w:hAnsi="Arial" w:cs="Arial"/>
          <w:lang w:val="es-419"/>
        </w:rPr>
        <w:t xml:space="preserve"> ___ / ___ / ___</w:t>
      </w:r>
      <w:r w:rsidRPr="00A55B2B">
        <w:rPr>
          <w:rFonts w:ascii="Arial" w:hAnsi="Arial" w:cs="Arial"/>
          <w:lang w:val="es-419"/>
        </w:rPr>
        <w:br/>
        <w:t xml:space="preserve">• </w:t>
      </w:r>
      <w:r w:rsidRPr="00A55B2B">
        <w:rPr>
          <w:rFonts w:ascii="Arial" w:hAnsi="Arial" w:cs="Arial"/>
          <w:b/>
          <w:bCs/>
          <w:lang w:val="es-419"/>
        </w:rPr>
        <w:t>Fecha de finalización:</w:t>
      </w:r>
      <w:r w:rsidRPr="00A55B2B">
        <w:rPr>
          <w:rFonts w:ascii="Arial" w:hAnsi="Arial" w:cs="Arial"/>
          <w:lang w:val="es-419"/>
        </w:rPr>
        <w:t xml:space="preserve"> ___ / ___ / ___</w:t>
      </w:r>
    </w:p>
    <w:p w14:paraId="3F1C0785" w14:textId="77777777" w:rsidR="0039440D" w:rsidRDefault="00864C3D">
      <w:pPr>
        <w:rPr>
          <w:rFonts w:ascii="Arial" w:hAnsi="Arial" w:cs="Arial"/>
          <w:b/>
          <w:bCs/>
        </w:rPr>
      </w:pPr>
      <w:r w:rsidRPr="00652CD7">
        <w:rPr>
          <w:rFonts w:ascii="Arial" w:hAnsi="Arial" w:cs="Arial"/>
          <w:b/>
          <w:bCs/>
        </w:rPr>
        <w:t>Funcionario</w:t>
      </w:r>
      <w:r w:rsidR="0039440D">
        <w:rPr>
          <w:rFonts w:ascii="Arial" w:hAnsi="Arial" w:cs="Arial"/>
          <w:b/>
          <w:bCs/>
        </w:rPr>
        <w:t>(a)</w:t>
      </w:r>
      <w:r w:rsidRPr="00652CD7">
        <w:rPr>
          <w:rFonts w:ascii="Arial" w:hAnsi="Arial" w:cs="Arial"/>
          <w:b/>
          <w:bCs/>
        </w:rPr>
        <w:t xml:space="preserve"> responsable</w:t>
      </w:r>
      <w:r w:rsidR="0039440D">
        <w:rPr>
          <w:rFonts w:ascii="Arial" w:hAnsi="Arial" w:cs="Arial"/>
          <w:b/>
          <w:bCs/>
        </w:rPr>
        <w:t xml:space="preserve"> de la Subdirección de Gestión Humana que revisa la solicitud</w:t>
      </w:r>
    </w:p>
    <w:p w14:paraId="3EECC04C" w14:textId="77777777" w:rsidR="0039440D" w:rsidRDefault="0039440D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Firma</w:t>
      </w:r>
      <w:r w:rsidR="00864C3D" w:rsidRPr="00652CD7">
        <w:rPr>
          <w:rFonts w:ascii="Arial" w:hAnsi="Arial" w:cs="Arial"/>
          <w:b/>
          <w:bCs/>
        </w:rPr>
        <w:t>:</w:t>
      </w:r>
      <w:r w:rsidR="00864C3D" w:rsidRPr="00652CD7">
        <w:rPr>
          <w:rFonts w:ascii="Arial" w:hAnsi="Arial" w:cs="Arial"/>
        </w:rPr>
        <w:t xml:space="preserve"> ________________________________</w:t>
      </w:r>
    </w:p>
    <w:p w14:paraId="6440C41A" w14:textId="4B0FF9BE" w:rsidR="00D752A1" w:rsidRDefault="00864C3D">
      <w:pPr>
        <w:rPr>
          <w:rFonts w:ascii="Arial" w:hAnsi="Arial" w:cs="Arial"/>
        </w:rPr>
      </w:pPr>
      <w:r w:rsidRPr="00652CD7">
        <w:rPr>
          <w:rFonts w:ascii="Arial" w:hAnsi="Arial" w:cs="Arial"/>
        </w:rPr>
        <w:br/>
      </w:r>
      <w:r w:rsidRPr="00652CD7">
        <w:rPr>
          <w:rFonts w:ascii="Arial" w:hAnsi="Arial" w:cs="Arial"/>
          <w:b/>
          <w:bCs/>
        </w:rPr>
        <w:t>Fecha:</w:t>
      </w:r>
      <w:r w:rsidRPr="00652CD7">
        <w:rPr>
          <w:rFonts w:ascii="Arial" w:hAnsi="Arial" w:cs="Arial"/>
        </w:rPr>
        <w:t xml:space="preserve"> ____ / ____ / ______</w:t>
      </w:r>
    </w:p>
    <w:p w14:paraId="3F07F0D5" w14:textId="7DE4791F" w:rsidR="00D93A22" w:rsidRDefault="00D93A22" w:rsidP="00FD6F13">
      <w:pPr>
        <w:jc w:val="both"/>
        <w:rPr>
          <w:rFonts w:ascii="Arial" w:hAnsi="Arial" w:cs="Arial"/>
        </w:rPr>
      </w:pPr>
      <w:r w:rsidRPr="00D93A22">
        <w:rPr>
          <w:rFonts w:ascii="Arial" w:hAnsi="Arial" w:cs="Arial"/>
          <w:b/>
          <w:bCs/>
        </w:rPr>
        <w:t>Nota:</w:t>
      </w:r>
      <w:r w:rsidRPr="00D93A22">
        <w:rPr>
          <w:rFonts w:ascii="Arial" w:hAnsi="Arial" w:cs="Arial"/>
        </w:rPr>
        <w:t xml:space="preserve"> Antes de radicar la solicitud, verifique que el formulario se encuentre debidamente</w:t>
      </w:r>
      <w:r w:rsidR="00FD6F13">
        <w:rPr>
          <w:rFonts w:ascii="Arial" w:hAnsi="Arial" w:cs="Arial"/>
        </w:rPr>
        <w:t xml:space="preserve"> </w:t>
      </w:r>
      <w:r w:rsidRPr="00D93A22">
        <w:rPr>
          <w:rFonts w:ascii="Arial" w:hAnsi="Arial" w:cs="Arial"/>
        </w:rPr>
        <w:t>diligenciado, firmado y acompañado de todos los soportes requeridos, con el fin de</w:t>
      </w:r>
      <w:r w:rsidR="00FD6F13">
        <w:rPr>
          <w:rFonts w:ascii="Arial" w:hAnsi="Arial" w:cs="Arial"/>
        </w:rPr>
        <w:t xml:space="preserve"> </w:t>
      </w:r>
      <w:r w:rsidRPr="00D93A22">
        <w:rPr>
          <w:rFonts w:ascii="Arial" w:hAnsi="Arial" w:cs="Arial"/>
        </w:rPr>
        <w:t xml:space="preserve">evitar retrasos en </w:t>
      </w:r>
      <w:r w:rsidR="00437DDE">
        <w:rPr>
          <w:rFonts w:ascii="Arial" w:hAnsi="Arial" w:cs="Arial"/>
        </w:rPr>
        <w:t xml:space="preserve">el trámite. </w:t>
      </w:r>
    </w:p>
    <w:sectPr w:rsidR="00D93A22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C4B3F" w14:textId="77777777" w:rsidR="00C84DBD" w:rsidRPr="00652CD7" w:rsidRDefault="00C84DBD" w:rsidP="00482505">
      <w:pPr>
        <w:spacing w:after="0" w:line="240" w:lineRule="auto"/>
      </w:pPr>
      <w:r w:rsidRPr="00652CD7">
        <w:separator/>
      </w:r>
    </w:p>
  </w:endnote>
  <w:endnote w:type="continuationSeparator" w:id="0">
    <w:p w14:paraId="6D85F070" w14:textId="77777777" w:rsidR="00C84DBD" w:rsidRPr="00652CD7" w:rsidRDefault="00C84DBD" w:rsidP="00482505">
      <w:pPr>
        <w:spacing w:after="0" w:line="240" w:lineRule="auto"/>
      </w:pPr>
      <w:r w:rsidRPr="00652CD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EC8BC" w14:textId="77777777" w:rsidR="00C84DBD" w:rsidRPr="00652CD7" w:rsidRDefault="00C84DBD" w:rsidP="00482505">
      <w:pPr>
        <w:spacing w:after="0" w:line="240" w:lineRule="auto"/>
      </w:pPr>
      <w:r w:rsidRPr="00652CD7">
        <w:separator/>
      </w:r>
    </w:p>
  </w:footnote>
  <w:footnote w:type="continuationSeparator" w:id="0">
    <w:p w14:paraId="7E890D41" w14:textId="77777777" w:rsidR="00C84DBD" w:rsidRPr="00652CD7" w:rsidRDefault="00C84DBD" w:rsidP="00482505">
      <w:pPr>
        <w:spacing w:after="0" w:line="240" w:lineRule="auto"/>
      </w:pPr>
      <w:r w:rsidRPr="00652CD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560" w:type="pct"/>
      <w:tblInd w:w="-3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378"/>
      <w:gridCol w:w="1404"/>
      <w:gridCol w:w="3201"/>
      <w:gridCol w:w="1335"/>
      <w:gridCol w:w="1279"/>
    </w:tblGrid>
    <w:tr w:rsidR="00482505" w:rsidRPr="00652CD7" w14:paraId="0F377E08" w14:textId="77777777" w:rsidTr="00C15E43">
      <w:trPr>
        <w:cantSplit/>
        <w:trHeight w:val="602"/>
      </w:trPr>
      <w:tc>
        <w:tcPr>
          <w:tcW w:w="2414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6582C8B" w14:textId="77777777" w:rsidR="00482505" w:rsidRPr="00652CD7" w:rsidRDefault="00482505" w:rsidP="00482505">
          <w:pPr>
            <w:spacing w:line="256" w:lineRule="auto"/>
            <w:jc w:val="center"/>
          </w:pPr>
          <w:r w:rsidRPr="00652CD7">
            <w:rPr>
              <w:noProof/>
              <w:lang w:eastAsia="es-CO"/>
            </w:rPr>
            <w:drawing>
              <wp:inline distT="0" distB="0" distL="0" distR="0" wp14:anchorId="4055EFCE" wp14:editId="3BDD9438">
                <wp:extent cx="933450" cy="904875"/>
                <wp:effectExtent l="0" t="0" r="0" b="9525"/>
                <wp:docPr id="1593879987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2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/>
          <w:vAlign w:val="center"/>
          <w:hideMark/>
        </w:tcPr>
        <w:p w14:paraId="1FB197AE" w14:textId="77777777" w:rsidR="00482505" w:rsidRPr="00523B95" w:rsidRDefault="00482505" w:rsidP="00482505">
          <w:pPr>
            <w:pStyle w:val="Encabezado"/>
            <w:tabs>
              <w:tab w:val="left" w:pos="497"/>
              <w:tab w:val="left" w:pos="1490"/>
            </w:tabs>
            <w:spacing w:line="256" w:lineRule="auto"/>
            <w:jc w:val="center"/>
            <w:rPr>
              <w:rFonts w:ascii="Arial" w:hAnsi="Arial" w:cs="Arial"/>
              <w:b/>
              <w:sz w:val="18"/>
              <w:szCs w:val="24"/>
            </w:rPr>
          </w:pPr>
          <w:r w:rsidRPr="00523B95">
            <w:rPr>
              <w:rFonts w:ascii="Arial" w:hAnsi="Arial" w:cs="Arial"/>
              <w:b/>
              <w:sz w:val="18"/>
            </w:rPr>
            <w:t>PROCESO</w:t>
          </w:r>
        </w:p>
      </w:tc>
      <w:tc>
        <w:tcPr>
          <w:tcW w:w="3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/>
          <w:vAlign w:val="center"/>
          <w:hideMark/>
        </w:tcPr>
        <w:p w14:paraId="7B14B71D" w14:textId="77777777" w:rsidR="00482505" w:rsidRPr="00523B95" w:rsidRDefault="00482505" w:rsidP="00482505">
          <w:pPr>
            <w:spacing w:line="256" w:lineRule="auto"/>
            <w:jc w:val="center"/>
            <w:rPr>
              <w:rFonts w:ascii="Arial" w:hAnsi="Arial" w:cs="Arial"/>
              <w:b/>
              <w:sz w:val="18"/>
            </w:rPr>
          </w:pPr>
          <w:r w:rsidRPr="00523B95">
            <w:rPr>
              <w:rFonts w:ascii="Arial" w:hAnsi="Arial" w:cs="Arial"/>
              <w:b/>
              <w:sz w:val="18"/>
            </w:rPr>
            <w:t>GESTIÓN DEL TALENTO HUMANO</w:t>
          </w:r>
        </w:p>
      </w:tc>
      <w:tc>
        <w:tcPr>
          <w:tcW w:w="1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/>
          <w:vAlign w:val="center"/>
          <w:hideMark/>
        </w:tcPr>
        <w:p w14:paraId="64C1C99F" w14:textId="77777777" w:rsidR="00482505" w:rsidRPr="00523B95" w:rsidRDefault="00482505" w:rsidP="00482505">
          <w:pPr>
            <w:pStyle w:val="Encabezado"/>
            <w:spacing w:line="256" w:lineRule="auto"/>
            <w:jc w:val="center"/>
            <w:rPr>
              <w:rFonts w:ascii="Arial" w:hAnsi="Arial" w:cs="Arial"/>
              <w:b/>
              <w:sz w:val="18"/>
            </w:rPr>
          </w:pPr>
          <w:r w:rsidRPr="00523B95">
            <w:rPr>
              <w:rFonts w:ascii="Arial" w:hAnsi="Arial" w:cs="Arial"/>
              <w:b/>
              <w:sz w:val="18"/>
            </w:rPr>
            <w:t>VERSIÓN</w:t>
          </w:r>
        </w:p>
      </w:tc>
      <w:tc>
        <w:tcPr>
          <w:tcW w:w="1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/>
          <w:vAlign w:val="center"/>
          <w:hideMark/>
        </w:tcPr>
        <w:p w14:paraId="7960BCCA" w14:textId="77777777" w:rsidR="00482505" w:rsidRPr="00523B95" w:rsidRDefault="00482505" w:rsidP="00482505">
          <w:pPr>
            <w:pStyle w:val="Encabezado"/>
            <w:spacing w:line="256" w:lineRule="auto"/>
            <w:jc w:val="center"/>
            <w:rPr>
              <w:rFonts w:ascii="Arial" w:hAnsi="Arial" w:cs="Arial"/>
              <w:b/>
              <w:sz w:val="18"/>
            </w:rPr>
          </w:pPr>
          <w:r w:rsidRPr="00523B95">
            <w:rPr>
              <w:rFonts w:ascii="Arial" w:hAnsi="Arial" w:cs="Arial"/>
              <w:b/>
              <w:sz w:val="18"/>
            </w:rPr>
            <w:t>01</w:t>
          </w:r>
        </w:p>
      </w:tc>
    </w:tr>
    <w:tr w:rsidR="00482505" w:rsidRPr="00652CD7" w14:paraId="7C632748" w14:textId="77777777" w:rsidTr="00C15E43">
      <w:trPr>
        <w:cantSplit/>
        <w:trHeight w:val="29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EABB11" w14:textId="77777777" w:rsidR="00482505" w:rsidRPr="00652CD7" w:rsidRDefault="00482505" w:rsidP="00482505">
          <w:pPr>
            <w:spacing w:line="256" w:lineRule="auto"/>
          </w:pPr>
        </w:p>
      </w:tc>
      <w:tc>
        <w:tcPr>
          <w:tcW w:w="1421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/>
          <w:vAlign w:val="center"/>
          <w:hideMark/>
        </w:tcPr>
        <w:p w14:paraId="6E1763EC" w14:textId="77777777" w:rsidR="00482505" w:rsidRPr="00523B95" w:rsidRDefault="00482505" w:rsidP="00482505">
          <w:pPr>
            <w:spacing w:line="256" w:lineRule="auto"/>
            <w:jc w:val="center"/>
            <w:rPr>
              <w:rFonts w:ascii="Arial" w:hAnsi="Arial" w:cs="Arial"/>
              <w:b/>
              <w:sz w:val="18"/>
            </w:rPr>
          </w:pPr>
          <w:r w:rsidRPr="00523B95">
            <w:rPr>
              <w:rFonts w:ascii="Arial" w:hAnsi="Arial" w:cs="Arial"/>
              <w:b/>
              <w:sz w:val="18"/>
            </w:rPr>
            <w:t>FORMATO</w:t>
          </w:r>
        </w:p>
      </w:tc>
      <w:tc>
        <w:tcPr>
          <w:tcW w:w="3287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/>
          <w:vAlign w:val="center"/>
          <w:hideMark/>
        </w:tcPr>
        <w:p w14:paraId="12615264" w14:textId="1EE0C156" w:rsidR="00482505" w:rsidRPr="00523B95" w:rsidRDefault="000878DB" w:rsidP="00482505">
          <w:pPr>
            <w:spacing w:line="256" w:lineRule="auto"/>
            <w:jc w:val="center"/>
            <w:rPr>
              <w:rFonts w:ascii="Arial" w:hAnsi="Arial" w:cs="Arial"/>
              <w:b/>
              <w:color w:val="808080"/>
              <w:sz w:val="18"/>
            </w:rPr>
          </w:pPr>
          <w:r w:rsidRPr="000878DB">
            <w:rPr>
              <w:rFonts w:ascii="Arial" w:hAnsi="Arial" w:cs="Arial"/>
              <w:b/>
              <w:sz w:val="18"/>
            </w:rPr>
            <w:t>SOLICITUD DE HABILITACIÓN DE LA MODALIDAD DE TRABAJO EN CASA.</w:t>
          </w:r>
        </w:p>
      </w:tc>
      <w:tc>
        <w:tcPr>
          <w:tcW w:w="1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/>
          <w:vAlign w:val="center"/>
          <w:hideMark/>
        </w:tcPr>
        <w:p w14:paraId="3AA29155" w14:textId="77777777" w:rsidR="00482505" w:rsidRPr="00523B95" w:rsidRDefault="00482505" w:rsidP="00482505">
          <w:pPr>
            <w:pStyle w:val="Encabezado"/>
            <w:spacing w:line="256" w:lineRule="auto"/>
            <w:jc w:val="center"/>
            <w:rPr>
              <w:rFonts w:ascii="Arial" w:hAnsi="Arial" w:cs="Arial"/>
              <w:b/>
              <w:snapToGrid w:val="0"/>
              <w:sz w:val="18"/>
            </w:rPr>
          </w:pPr>
          <w:r w:rsidRPr="00523B95">
            <w:rPr>
              <w:rFonts w:ascii="Arial" w:hAnsi="Arial" w:cs="Arial"/>
              <w:b/>
              <w:snapToGrid w:val="0"/>
              <w:sz w:val="18"/>
            </w:rPr>
            <w:t>PÁGINA</w:t>
          </w:r>
        </w:p>
      </w:tc>
      <w:tc>
        <w:tcPr>
          <w:tcW w:w="1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/>
          <w:vAlign w:val="center"/>
          <w:hideMark/>
        </w:tcPr>
        <w:p w14:paraId="09AE3CE7" w14:textId="17884801" w:rsidR="00482505" w:rsidRPr="00523B95" w:rsidRDefault="00482505" w:rsidP="00482505">
          <w:pPr>
            <w:spacing w:line="256" w:lineRule="auto"/>
            <w:jc w:val="center"/>
            <w:rPr>
              <w:rFonts w:ascii="Arial" w:hAnsi="Arial" w:cs="Arial"/>
              <w:sz w:val="18"/>
            </w:rPr>
          </w:pPr>
          <w:r w:rsidRPr="00523B95">
            <w:rPr>
              <w:rFonts w:ascii="Arial" w:hAnsi="Arial" w:cs="Arial"/>
              <w:b/>
              <w:bCs/>
              <w:snapToGrid w:val="0"/>
              <w:sz w:val="18"/>
            </w:rPr>
            <w:fldChar w:fldCharType="begin"/>
          </w:r>
          <w:r w:rsidRPr="00523B95">
            <w:rPr>
              <w:rFonts w:ascii="Arial" w:hAnsi="Arial" w:cs="Arial"/>
              <w:b/>
              <w:bCs/>
              <w:snapToGrid w:val="0"/>
              <w:sz w:val="18"/>
            </w:rPr>
            <w:instrText xml:space="preserve"> PAGE </w:instrText>
          </w:r>
          <w:r w:rsidRPr="00523B95">
            <w:rPr>
              <w:rFonts w:ascii="Arial" w:hAnsi="Arial" w:cs="Arial"/>
              <w:b/>
              <w:bCs/>
              <w:snapToGrid w:val="0"/>
              <w:sz w:val="18"/>
            </w:rPr>
            <w:fldChar w:fldCharType="separate"/>
          </w:r>
          <w:r w:rsidR="00523B95">
            <w:rPr>
              <w:rFonts w:ascii="Arial" w:hAnsi="Arial" w:cs="Arial"/>
              <w:b/>
              <w:bCs/>
              <w:noProof/>
              <w:snapToGrid w:val="0"/>
              <w:sz w:val="18"/>
            </w:rPr>
            <w:t>3</w:t>
          </w:r>
          <w:r w:rsidRPr="00523B95">
            <w:rPr>
              <w:rFonts w:ascii="Arial" w:hAnsi="Arial" w:cs="Arial"/>
              <w:b/>
              <w:bCs/>
              <w:snapToGrid w:val="0"/>
              <w:sz w:val="18"/>
            </w:rPr>
            <w:fldChar w:fldCharType="end"/>
          </w:r>
          <w:r w:rsidRPr="00523B95">
            <w:rPr>
              <w:rFonts w:ascii="Arial" w:hAnsi="Arial" w:cs="Arial"/>
              <w:b/>
              <w:bCs/>
              <w:snapToGrid w:val="0"/>
              <w:sz w:val="18"/>
            </w:rPr>
            <w:t xml:space="preserve"> de </w:t>
          </w:r>
          <w:r w:rsidRPr="00523B95">
            <w:rPr>
              <w:rFonts w:ascii="Arial" w:hAnsi="Arial" w:cs="Arial"/>
              <w:b/>
              <w:bCs/>
              <w:snapToGrid w:val="0"/>
              <w:sz w:val="18"/>
            </w:rPr>
            <w:fldChar w:fldCharType="begin"/>
          </w:r>
          <w:r w:rsidRPr="00523B95">
            <w:rPr>
              <w:rFonts w:ascii="Arial" w:hAnsi="Arial" w:cs="Arial"/>
              <w:b/>
              <w:bCs/>
              <w:snapToGrid w:val="0"/>
              <w:sz w:val="18"/>
            </w:rPr>
            <w:instrText xml:space="preserve"> NUMPAGES  </w:instrText>
          </w:r>
          <w:r w:rsidRPr="00523B95">
            <w:rPr>
              <w:rFonts w:ascii="Arial" w:hAnsi="Arial" w:cs="Arial"/>
              <w:b/>
              <w:bCs/>
              <w:snapToGrid w:val="0"/>
              <w:sz w:val="18"/>
            </w:rPr>
            <w:fldChar w:fldCharType="separate"/>
          </w:r>
          <w:r w:rsidR="00523B95">
            <w:rPr>
              <w:rFonts w:ascii="Arial" w:hAnsi="Arial" w:cs="Arial"/>
              <w:b/>
              <w:bCs/>
              <w:noProof/>
              <w:snapToGrid w:val="0"/>
              <w:sz w:val="18"/>
            </w:rPr>
            <w:t>3</w:t>
          </w:r>
          <w:r w:rsidRPr="00523B95">
            <w:rPr>
              <w:rFonts w:ascii="Arial" w:hAnsi="Arial" w:cs="Arial"/>
              <w:b/>
              <w:bCs/>
              <w:snapToGrid w:val="0"/>
              <w:sz w:val="18"/>
            </w:rPr>
            <w:fldChar w:fldCharType="end"/>
          </w:r>
        </w:p>
      </w:tc>
    </w:tr>
    <w:tr w:rsidR="00482505" w:rsidRPr="00652CD7" w14:paraId="4B88208F" w14:textId="77777777" w:rsidTr="00C15E43">
      <w:trPr>
        <w:cantSplit/>
        <w:trHeight w:val="439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E6EC4C" w14:textId="77777777" w:rsidR="00482505" w:rsidRPr="00652CD7" w:rsidRDefault="00482505" w:rsidP="00482505">
          <w:pPr>
            <w:spacing w:line="256" w:lineRule="auto"/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003CBE4" w14:textId="77777777" w:rsidR="00482505" w:rsidRPr="00523B95" w:rsidRDefault="00482505" w:rsidP="00482505">
          <w:pPr>
            <w:spacing w:line="256" w:lineRule="auto"/>
            <w:rPr>
              <w:rFonts w:ascii="Arial" w:hAnsi="Arial" w:cs="Arial"/>
              <w:b/>
              <w:sz w:val="18"/>
              <w:szCs w:val="24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B1D115" w14:textId="77777777" w:rsidR="00482505" w:rsidRPr="00523B95" w:rsidRDefault="00482505" w:rsidP="00482505">
          <w:pPr>
            <w:spacing w:line="256" w:lineRule="auto"/>
            <w:rPr>
              <w:rFonts w:ascii="Arial" w:hAnsi="Arial" w:cs="Arial"/>
              <w:b/>
              <w:color w:val="808080"/>
              <w:sz w:val="18"/>
              <w:szCs w:val="24"/>
            </w:rPr>
          </w:pPr>
        </w:p>
      </w:tc>
      <w:tc>
        <w:tcPr>
          <w:tcW w:w="1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/>
          <w:vAlign w:val="center"/>
          <w:hideMark/>
        </w:tcPr>
        <w:p w14:paraId="2CAEE8B9" w14:textId="77777777" w:rsidR="00482505" w:rsidRPr="00523B95" w:rsidRDefault="00482505" w:rsidP="00482505">
          <w:pPr>
            <w:pStyle w:val="Encabezado"/>
            <w:spacing w:line="256" w:lineRule="auto"/>
            <w:jc w:val="center"/>
            <w:rPr>
              <w:rFonts w:ascii="Arial" w:hAnsi="Arial" w:cs="Arial"/>
              <w:b/>
              <w:sz w:val="18"/>
            </w:rPr>
          </w:pPr>
          <w:r w:rsidRPr="00523B95">
            <w:rPr>
              <w:rFonts w:ascii="Arial" w:hAnsi="Arial" w:cs="Arial"/>
              <w:b/>
              <w:sz w:val="18"/>
            </w:rPr>
            <w:t>FECHA VIGENCIA</w:t>
          </w:r>
        </w:p>
      </w:tc>
      <w:tc>
        <w:tcPr>
          <w:tcW w:w="1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/>
          <w:vAlign w:val="center"/>
          <w:hideMark/>
        </w:tcPr>
        <w:p w14:paraId="4D22CFBB" w14:textId="6B5ADF07" w:rsidR="00482505" w:rsidRPr="00523B95" w:rsidRDefault="000878DB" w:rsidP="000878DB">
          <w:pPr>
            <w:pStyle w:val="Encabezado"/>
            <w:spacing w:line="256" w:lineRule="auto"/>
            <w:jc w:val="center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1</w:t>
          </w:r>
          <w:r w:rsidR="0024045E">
            <w:rPr>
              <w:rFonts w:ascii="Arial" w:hAnsi="Arial" w:cs="Arial"/>
              <w:b/>
              <w:sz w:val="18"/>
            </w:rPr>
            <w:t>4</w:t>
          </w:r>
          <w:r w:rsidR="00196B45" w:rsidRPr="00523B95">
            <w:rPr>
              <w:rFonts w:ascii="Arial" w:hAnsi="Arial" w:cs="Arial"/>
              <w:b/>
              <w:sz w:val="18"/>
            </w:rPr>
            <w:t>/0</w:t>
          </w:r>
          <w:r>
            <w:rPr>
              <w:rFonts w:ascii="Arial" w:hAnsi="Arial" w:cs="Arial"/>
              <w:b/>
              <w:sz w:val="18"/>
            </w:rPr>
            <w:t>7</w:t>
          </w:r>
          <w:r w:rsidR="00196B45" w:rsidRPr="00523B95">
            <w:rPr>
              <w:rFonts w:ascii="Arial" w:hAnsi="Arial" w:cs="Arial"/>
              <w:b/>
              <w:sz w:val="18"/>
            </w:rPr>
            <w:t>/2026</w:t>
          </w:r>
        </w:p>
      </w:tc>
    </w:tr>
  </w:tbl>
  <w:p w14:paraId="463022DD" w14:textId="77777777" w:rsidR="00482505" w:rsidRPr="00652CD7" w:rsidRDefault="0048250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CA85EF5"/>
    <w:multiLevelType w:val="hybridMultilevel"/>
    <w:tmpl w:val="424E005A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7797590">
    <w:abstractNumId w:val="8"/>
  </w:num>
  <w:num w:numId="2" w16cid:durableId="47265960">
    <w:abstractNumId w:val="6"/>
  </w:num>
  <w:num w:numId="3" w16cid:durableId="148138599">
    <w:abstractNumId w:val="5"/>
  </w:num>
  <w:num w:numId="4" w16cid:durableId="2146268379">
    <w:abstractNumId w:val="4"/>
  </w:num>
  <w:num w:numId="5" w16cid:durableId="1980720704">
    <w:abstractNumId w:val="7"/>
  </w:num>
  <w:num w:numId="6" w16cid:durableId="161821458">
    <w:abstractNumId w:val="3"/>
  </w:num>
  <w:num w:numId="7" w16cid:durableId="185945480">
    <w:abstractNumId w:val="2"/>
  </w:num>
  <w:num w:numId="8" w16cid:durableId="1121152264">
    <w:abstractNumId w:val="1"/>
  </w:num>
  <w:num w:numId="9" w16cid:durableId="1997880564">
    <w:abstractNumId w:val="0"/>
  </w:num>
  <w:num w:numId="10" w16cid:durableId="169700577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78DB"/>
    <w:rsid w:val="0015074B"/>
    <w:rsid w:val="00196B45"/>
    <w:rsid w:val="0024045E"/>
    <w:rsid w:val="00267955"/>
    <w:rsid w:val="0029639D"/>
    <w:rsid w:val="00326F90"/>
    <w:rsid w:val="0039440D"/>
    <w:rsid w:val="00396427"/>
    <w:rsid w:val="00437DDE"/>
    <w:rsid w:val="00482505"/>
    <w:rsid w:val="004B513C"/>
    <w:rsid w:val="00523B95"/>
    <w:rsid w:val="00533B89"/>
    <w:rsid w:val="00595A6C"/>
    <w:rsid w:val="005A0896"/>
    <w:rsid w:val="005D0B37"/>
    <w:rsid w:val="00652CD7"/>
    <w:rsid w:val="00687533"/>
    <w:rsid w:val="006D64D1"/>
    <w:rsid w:val="007205FC"/>
    <w:rsid w:val="0076081E"/>
    <w:rsid w:val="007C1063"/>
    <w:rsid w:val="0083131F"/>
    <w:rsid w:val="008325BF"/>
    <w:rsid w:val="00864C3D"/>
    <w:rsid w:val="00875B6D"/>
    <w:rsid w:val="008E06FB"/>
    <w:rsid w:val="0091269F"/>
    <w:rsid w:val="009512A2"/>
    <w:rsid w:val="00954DCD"/>
    <w:rsid w:val="009B2956"/>
    <w:rsid w:val="009F506C"/>
    <w:rsid w:val="009F63E2"/>
    <w:rsid w:val="00A04875"/>
    <w:rsid w:val="00A55B2B"/>
    <w:rsid w:val="00A837C8"/>
    <w:rsid w:val="00A914AD"/>
    <w:rsid w:val="00AA1D8D"/>
    <w:rsid w:val="00B47730"/>
    <w:rsid w:val="00C25D74"/>
    <w:rsid w:val="00C471B1"/>
    <w:rsid w:val="00C84DBD"/>
    <w:rsid w:val="00CB0664"/>
    <w:rsid w:val="00D752A1"/>
    <w:rsid w:val="00D93A22"/>
    <w:rsid w:val="00DF268F"/>
    <w:rsid w:val="00E53D74"/>
    <w:rsid w:val="00E8538E"/>
    <w:rsid w:val="00F641E2"/>
    <w:rsid w:val="00FC693F"/>
    <w:rsid w:val="00FD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D0C79A"/>
  <w14:defaultImageDpi w14:val="330"/>
  <w15:docId w15:val="{D2843CD6-2A3C-4AF2-BD07-7E46EC1E8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lang w:val="es-CO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,Encabezado 1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aliases w:val="encabezado Car,Encabezado 1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52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9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5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0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00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5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4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8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5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6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9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73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3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4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5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5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5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9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7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9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4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3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8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91F237B-1FB9-4658-A689-4317F65CC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614</Words>
  <Characters>3377</Characters>
  <Application>Microsoft Office Word</Application>
  <DocSecurity>0</DocSecurity>
  <Lines>28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3984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Katerine Llanos Orozco</cp:lastModifiedBy>
  <cp:revision>4</cp:revision>
  <dcterms:created xsi:type="dcterms:W3CDTF">2026-07-14T17:50:00Z</dcterms:created>
  <dcterms:modified xsi:type="dcterms:W3CDTF">2026-07-15T18:27:00Z</dcterms:modified>
  <cp:category/>
</cp:coreProperties>
</file>